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A81" w:rsidRDefault="00257A81">
      <w:pPr>
        <w:autoSpaceDE w:val="0"/>
        <w:autoSpaceDN w:val="0"/>
        <w:spacing w:after="78" w:line="220" w:lineRule="exact"/>
      </w:pPr>
    </w:p>
    <w:p w:rsidR="00257A81" w:rsidRPr="00434C39" w:rsidRDefault="002A5C84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257A81" w:rsidRPr="00434C39" w:rsidRDefault="002A5C84">
      <w:pPr>
        <w:autoSpaceDE w:val="0"/>
        <w:autoSpaceDN w:val="0"/>
        <w:spacing w:before="670" w:after="0" w:line="230" w:lineRule="auto"/>
        <w:ind w:left="2286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Татарстан</w:t>
      </w:r>
    </w:p>
    <w:p w:rsidR="00257A81" w:rsidRPr="00434C39" w:rsidRDefault="002A5C84">
      <w:pPr>
        <w:autoSpaceDE w:val="0"/>
        <w:autoSpaceDN w:val="0"/>
        <w:spacing w:before="670" w:after="0" w:line="230" w:lineRule="auto"/>
        <w:ind w:left="2262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Татарстан</w:t>
      </w:r>
    </w:p>
    <w:p w:rsidR="00257A81" w:rsidRPr="00434C39" w:rsidRDefault="002A5C84">
      <w:pPr>
        <w:autoSpaceDE w:val="0"/>
        <w:autoSpaceDN w:val="0"/>
        <w:spacing w:before="670" w:after="1376" w:line="230" w:lineRule="auto"/>
        <w:ind w:right="2408"/>
        <w:jc w:val="right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ГБООУ «Болгарская санаторная школа-интернат»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4120"/>
        <w:gridCol w:w="2720"/>
      </w:tblGrid>
      <w:tr w:rsidR="00257A81">
        <w:trPr>
          <w:trHeight w:hRule="exact" w:val="274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48" w:after="0" w:line="230" w:lineRule="auto"/>
              <w:ind w:left="10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257A81">
        <w:trPr>
          <w:trHeight w:hRule="exact" w:val="276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ШМО учителей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after="0" w:line="230" w:lineRule="auto"/>
              <w:ind w:left="10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</w:tbl>
    <w:p w:rsidR="00257A81" w:rsidRDefault="00257A81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22"/>
        <w:gridCol w:w="3220"/>
        <w:gridCol w:w="3360"/>
      </w:tblGrid>
      <w:tr w:rsidR="00257A81">
        <w:trPr>
          <w:trHeight w:hRule="exact" w:val="274"/>
        </w:trPr>
        <w:tc>
          <w:tcPr>
            <w:tcW w:w="3322" w:type="dxa"/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</w:t>
            </w:r>
          </w:p>
        </w:tc>
        <w:tc>
          <w:tcPr>
            <w:tcW w:w="3220" w:type="dxa"/>
            <w:vMerge w:val="restart"/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60" w:after="0" w:line="230" w:lineRule="auto"/>
              <w:ind w:left="1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______________Беляева Е.Ю</w:t>
            </w:r>
          </w:p>
        </w:tc>
        <w:tc>
          <w:tcPr>
            <w:tcW w:w="3360" w:type="dxa"/>
            <w:vMerge w:val="restart"/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60" w:after="0" w:line="230" w:lineRule="auto"/>
              <w:ind w:left="4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______________Четанов В.А</w:t>
            </w:r>
          </w:p>
        </w:tc>
      </w:tr>
      <w:tr w:rsidR="00257A81">
        <w:trPr>
          <w:trHeight w:hRule="exact" w:val="104"/>
        </w:trPr>
        <w:tc>
          <w:tcPr>
            <w:tcW w:w="3322" w:type="dxa"/>
            <w:vMerge w:val="restart"/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ШМО______________Минахметова</w:t>
            </w:r>
          </w:p>
        </w:tc>
        <w:tc>
          <w:tcPr>
            <w:tcW w:w="3427" w:type="dxa"/>
            <w:vMerge/>
          </w:tcPr>
          <w:p w:rsidR="00257A81" w:rsidRDefault="00257A81"/>
        </w:tc>
        <w:tc>
          <w:tcPr>
            <w:tcW w:w="3427" w:type="dxa"/>
            <w:vMerge/>
          </w:tcPr>
          <w:p w:rsidR="00257A81" w:rsidRDefault="00257A81"/>
        </w:tc>
      </w:tr>
      <w:tr w:rsidR="00257A81">
        <w:trPr>
          <w:trHeight w:hRule="exact" w:val="102"/>
        </w:trPr>
        <w:tc>
          <w:tcPr>
            <w:tcW w:w="3427" w:type="dxa"/>
            <w:vMerge/>
          </w:tcPr>
          <w:p w:rsidR="00257A81" w:rsidRDefault="00257A81"/>
        </w:tc>
        <w:tc>
          <w:tcPr>
            <w:tcW w:w="3220" w:type="dxa"/>
            <w:vMerge w:val="restart"/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0" w:after="0" w:line="230" w:lineRule="auto"/>
              <w:ind w:left="1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360" w:type="dxa"/>
            <w:vMerge w:val="restart"/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0" w:after="0" w:line="230" w:lineRule="auto"/>
              <w:ind w:left="4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</w:p>
        </w:tc>
      </w:tr>
      <w:tr w:rsidR="00257A81">
        <w:trPr>
          <w:trHeight w:hRule="exact" w:val="302"/>
        </w:trPr>
        <w:tc>
          <w:tcPr>
            <w:tcW w:w="3322" w:type="dxa"/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Г.Н.</w:t>
            </w:r>
          </w:p>
        </w:tc>
        <w:tc>
          <w:tcPr>
            <w:tcW w:w="3427" w:type="dxa"/>
            <w:vMerge/>
          </w:tcPr>
          <w:p w:rsidR="00257A81" w:rsidRDefault="00257A81"/>
        </w:tc>
        <w:tc>
          <w:tcPr>
            <w:tcW w:w="3427" w:type="dxa"/>
            <w:vMerge/>
          </w:tcPr>
          <w:p w:rsidR="00257A81" w:rsidRDefault="00257A81"/>
        </w:tc>
      </w:tr>
      <w:tr w:rsidR="00257A81">
        <w:trPr>
          <w:trHeight w:hRule="exact" w:val="380"/>
        </w:trPr>
        <w:tc>
          <w:tcPr>
            <w:tcW w:w="3322" w:type="dxa"/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220" w:type="dxa"/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4" w:after="0" w:line="230" w:lineRule="auto"/>
              <w:ind w:left="1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  г.</w:t>
            </w:r>
          </w:p>
        </w:tc>
        <w:tc>
          <w:tcPr>
            <w:tcW w:w="3360" w:type="dxa"/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4" w:after="0" w:line="230" w:lineRule="auto"/>
              <w:ind w:left="4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г.</w:t>
            </w:r>
          </w:p>
        </w:tc>
      </w:tr>
    </w:tbl>
    <w:p w:rsidR="00257A81" w:rsidRDefault="002A5C84">
      <w:pPr>
        <w:autoSpaceDE w:val="0"/>
        <w:autoSpaceDN w:val="0"/>
        <w:spacing w:before="122" w:after="0" w:line="23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от "" г.</w:t>
      </w:r>
    </w:p>
    <w:p w:rsidR="00257A81" w:rsidRDefault="002A5C84">
      <w:pPr>
        <w:autoSpaceDE w:val="0"/>
        <w:autoSpaceDN w:val="0"/>
        <w:spacing w:before="1038" w:after="0" w:line="230" w:lineRule="auto"/>
        <w:ind w:right="364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257A81" w:rsidRDefault="002A5C84">
      <w:pPr>
        <w:autoSpaceDE w:val="0"/>
        <w:autoSpaceDN w:val="0"/>
        <w:spacing w:before="70" w:after="0" w:line="230" w:lineRule="auto"/>
        <w:ind w:right="4412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2883596)</w:t>
      </w:r>
    </w:p>
    <w:p w:rsidR="00257A81" w:rsidRDefault="002A5C84">
      <w:pPr>
        <w:autoSpaceDE w:val="0"/>
        <w:autoSpaceDN w:val="0"/>
        <w:spacing w:before="166" w:after="0" w:line="230" w:lineRule="auto"/>
        <w:ind w:right="4012"/>
        <w:jc w:val="right"/>
      </w:pPr>
      <w:r>
        <w:rPr>
          <w:rFonts w:ascii="Times New Roman" w:eastAsia="Times New Roman" w:hAnsi="Times New Roman"/>
          <w:color w:val="000000"/>
          <w:sz w:val="24"/>
        </w:rPr>
        <w:t xml:space="preserve">учебного </w:t>
      </w:r>
      <w:r>
        <w:rPr>
          <w:rFonts w:ascii="Times New Roman" w:eastAsia="Times New Roman" w:hAnsi="Times New Roman"/>
          <w:color w:val="000000"/>
          <w:sz w:val="24"/>
        </w:rPr>
        <w:t>предмета</w:t>
      </w:r>
    </w:p>
    <w:p w:rsidR="00257A81" w:rsidRDefault="002A5C84">
      <w:pPr>
        <w:autoSpaceDE w:val="0"/>
        <w:autoSpaceDN w:val="0"/>
        <w:spacing w:before="70" w:after="0" w:line="230" w:lineRule="auto"/>
        <w:ind w:right="4318"/>
        <w:jc w:val="right"/>
      </w:pPr>
      <w:r>
        <w:rPr>
          <w:rFonts w:ascii="Times New Roman" w:eastAsia="Times New Roman" w:hAnsi="Times New Roman"/>
          <w:color w:val="000000"/>
          <w:sz w:val="24"/>
        </w:rPr>
        <w:t>«География»</w:t>
      </w:r>
    </w:p>
    <w:p w:rsidR="00257A81" w:rsidRDefault="002A5C84">
      <w:pPr>
        <w:autoSpaceDE w:val="0"/>
        <w:autoSpaceDN w:val="0"/>
        <w:spacing w:before="670" w:after="0" w:line="230" w:lineRule="auto"/>
        <w:ind w:right="2726"/>
        <w:jc w:val="right"/>
      </w:pPr>
      <w:r>
        <w:rPr>
          <w:rFonts w:ascii="Times New Roman" w:eastAsia="Times New Roman" w:hAnsi="Times New Roman"/>
          <w:color w:val="000000"/>
          <w:sz w:val="24"/>
        </w:rPr>
        <w:t>для 7 класса основного общего образования</w:t>
      </w:r>
    </w:p>
    <w:p w:rsidR="00257A81" w:rsidRDefault="002A5C84">
      <w:pPr>
        <w:autoSpaceDE w:val="0"/>
        <w:autoSpaceDN w:val="0"/>
        <w:spacing w:before="70" w:after="0" w:line="230" w:lineRule="auto"/>
        <w:ind w:right="3580"/>
        <w:jc w:val="right"/>
      </w:pP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на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2022 -2023 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учебный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год</w:t>
      </w:r>
    </w:p>
    <w:p w:rsidR="00257A81" w:rsidRPr="00434C39" w:rsidRDefault="002A5C84">
      <w:pPr>
        <w:autoSpaceDE w:val="0"/>
        <w:autoSpaceDN w:val="0"/>
        <w:spacing w:before="2112" w:after="0" w:line="230" w:lineRule="auto"/>
        <w:ind w:right="24"/>
        <w:jc w:val="right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Аринина Елена </w:t>
      </w:r>
      <w:proofErr w:type="spell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Хасиятулловна</w:t>
      </w:r>
      <w:proofErr w:type="spellEnd"/>
    </w:p>
    <w:p w:rsidR="00257A81" w:rsidRDefault="002A5C84" w:rsidP="00434C39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учитель географии</w:t>
      </w:r>
    </w:p>
    <w:p w:rsidR="00434C39" w:rsidRDefault="00434C39" w:rsidP="00434C39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34C39" w:rsidRDefault="00434C39" w:rsidP="00434C39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34C39" w:rsidRDefault="00434C39" w:rsidP="00434C39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34C39" w:rsidRDefault="00434C39" w:rsidP="00434C39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34C39" w:rsidRDefault="00434C39" w:rsidP="00434C39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34C39" w:rsidRPr="00434C39" w:rsidRDefault="00434C39" w:rsidP="00434C39">
      <w:pPr>
        <w:autoSpaceDE w:val="0"/>
        <w:autoSpaceDN w:val="0"/>
        <w:spacing w:before="70" w:after="0" w:line="230" w:lineRule="auto"/>
        <w:ind w:right="20"/>
        <w:rPr>
          <w:lang w:val="ru-RU"/>
        </w:rPr>
        <w:sectPr w:rsidR="00434C39" w:rsidRPr="00434C39">
          <w:pgSz w:w="11900" w:h="16840"/>
          <w:pgMar w:top="298" w:right="880" w:bottom="1440" w:left="738" w:header="720" w:footer="720" w:gutter="0"/>
          <w:cols w:space="720" w:equalWidth="0">
            <w:col w:w="10282" w:space="0"/>
          </w:cols>
          <w:docGrid w:linePitch="360"/>
        </w:sectPr>
      </w:pPr>
    </w:p>
    <w:p w:rsidR="00257A81" w:rsidRPr="00434C39" w:rsidRDefault="00434C39" w:rsidP="00434C39">
      <w:pPr>
        <w:autoSpaceDE w:val="0"/>
        <w:autoSpaceDN w:val="0"/>
        <w:spacing w:after="0" w:line="230" w:lineRule="auto"/>
        <w:ind w:right="382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                                                  </w:t>
      </w:r>
    </w:p>
    <w:p w:rsidR="00434C39" w:rsidRPr="00434C39" w:rsidRDefault="00434C39" w:rsidP="00434C39">
      <w:pPr>
        <w:autoSpaceDE w:val="0"/>
        <w:autoSpaceDN w:val="0"/>
        <w:spacing w:after="0" w:line="230" w:lineRule="auto"/>
        <w:ind w:right="382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                 </w:t>
      </w:r>
      <w:bookmarkStart w:id="0" w:name="_GoBack"/>
      <w:bookmarkEnd w:id="0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Болгар 2022</w:t>
      </w:r>
    </w:p>
    <w:p w:rsidR="00257A81" w:rsidRPr="00434C39" w:rsidRDefault="00257A81">
      <w:pPr>
        <w:rPr>
          <w:lang w:val="ru-RU"/>
        </w:rPr>
        <w:sectPr w:rsidR="00257A81" w:rsidRPr="00434C39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257A81" w:rsidRPr="00434C39" w:rsidRDefault="00257A81">
      <w:pPr>
        <w:autoSpaceDE w:val="0"/>
        <w:autoSpaceDN w:val="0"/>
        <w:spacing w:after="198" w:line="220" w:lineRule="exact"/>
        <w:rPr>
          <w:lang w:val="ru-RU"/>
        </w:rPr>
      </w:pPr>
    </w:p>
    <w:p w:rsidR="00257A81" w:rsidRPr="00434C39" w:rsidRDefault="002A5C84">
      <w:pPr>
        <w:autoSpaceDE w:val="0"/>
        <w:autoSpaceDN w:val="0"/>
        <w:spacing w:after="0" w:line="281" w:lineRule="auto"/>
        <w:ind w:firstLine="18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арте основного общего образования, а также на основе характеристики планируемых результатов духовно-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нравственного развития, воспитания и социализации обучающихся, представленной в Примерной программе воспитания (одобрено решением ФУМО от 02 06 2020 г</w:t>
      </w:r>
      <w:proofErr w:type="gram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 )</w:t>
      </w:r>
      <w:proofErr w:type="gram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257A81" w:rsidRPr="00434C39" w:rsidRDefault="002A5C84">
      <w:pPr>
        <w:autoSpaceDE w:val="0"/>
        <w:autoSpaceDN w:val="0"/>
        <w:spacing w:before="226" w:after="0" w:line="230" w:lineRule="auto"/>
        <w:rPr>
          <w:lang w:val="ru-RU"/>
        </w:rPr>
      </w:pP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257A81" w:rsidRPr="00434C39" w:rsidRDefault="002A5C84">
      <w:pPr>
        <w:autoSpaceDE w:val="0"/>
        <w:autoSpaceDN w:val="0"/>
        <w:spacing w:before="346" w:after="0" w:line="283" w:lineRule="auto"/>
        <w:ind w:right="144" w:firstLine="18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личностным, </w:t>
      </w:r>
      <w:proofErr w:type="spell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метапредметным</w:t>
      </w:r>
      <w:proofErr w:type="spell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предметным результатам освоения образовательных программ и состав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лена с учётом Концепции географического образования, принятой на Всероссийском съезде учителей географии 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и утверждённой Решением Коллегии Министерства просвещения и науки Российской Федерации от 24.12.2018 года.</w:t>
      </w:r>
    </w:p>
    <w:p w:rsidR="00257A81" w:rsidRPr="00434C39" w:rsidRDefault="002A5C84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даёт представление о целя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х обучения, воспитания и </w:t>
      </w:r>
      <w:proofErr w:type="gram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развития</w:t>
      </w:r>
      <w:proofErr w:type="gram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 средствами учебного предмета «География»;  определяет возможности предмета для реализации требований к результатам освоения программ основного общего образования, требований к результатам обучения географии, а 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также основных видов деятельности обучающихся.</w:t>
      </w:r>
    </w:p>
    <w:p w:rsidR="00257A81" w:rsidRPr="00434C39" w:rsidRDefault="002A5C84">
      <w:pPr>
        <w:autoSpaceDE w:val="0"/>
        <w:autoSpaceDN w:val="0"/>
        <w:spacing w:before="262" w:after="0" w:line="230" w:lineRule="auto"/>
        <w:rPr>
          <w:lang w:val="ru-RU"/>
        </w:rPr>
      </w:pP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«ГЕОГРАФИЯ»</w:t>
      </w:r>
    </w:p>
    <w:p w:rsidR="00257A81" w:rsidRPr="00434C39" w:rsidRDefault="002A5C84">
      <w:pPr>
        <w:autoSpaceDE w:val="0"/>
        <w:autoSpaceDN w:val="0"/>
        <w:spacing w:before="166" w:after="0" w:line="281" w:lineRule="auto"/>
        <w:ind w:right="432" w:firstLine="18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География в основной школе — предмет, формирующий у </w:t>
      </w:r>
      <w:proofErr w:type="spellStart"/>
      <w:proofErr w:type="gram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обу</w:t>
      </w:r>
      <w:proofErr w:type="spell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чающихся</w:t>
      </w:r>
      <w:proofErr w:type="spellEnd"/>
      <w:proofErr w:type="gram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 систему комплексных социально ориентированных знаний о Земле как планете людей, об основных з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звитию территорий.</w:t>
      </w:r>
    </w:p>
    <w:p w:rsidR="00257A81" w:rsidRPr="00434C39" w:rsidRDefault="002A5C84">
      <w:pPr>
        <w:autoSpaceDE w:val="0"/>
        <w:autoSpaceDN w:val="0"/>
        <w:spacing w:before="70" w:after="0"/>
        <w:ind w:firstLine="18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фического образования, основой для последующей уровневой дифференциации.</w:t>
      </w:r>
    </w:p>
    <w:p w:rsidR="00257A81" w:rsidRPr="00434C39" w:rsidRDefault="002A5C84">
      <w:pPr>
        <w:autoSpaceDE w:val="0"/>
        <w:autoSpaceDN w:val="0"/>
        <w:spacing w:before="262" w:after="0" w:line="230" w:lineRule="auto"/>
        <w:rPr>
          <w:lang w:val="ru-RU"/>
        </w:rPr>
      </w:pP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«ГЕОГРАФИЯ»</w:t>
      </w:r>
    </w:p>
    <w:p w:rsidR="00257A81" w:rsidRPr="00434C39" w:rsidRDefault="002A5C84">
      <w:pPr>
        <w:tabs>
          <w:tab w:val="left" w:pos="180"/>
        </w:tabs>
        <w:autoSpaceDE w:val="0"/>
        <w:autoSpaceDN w:val="0"/>
        <w:spacing w:before="168" w:after="0" w:line="288" w:lineRule="auto"/>
        <w:rPr>
          <w:lang w:val="ru-RU"/>
        </w:rPr>
      </w:pP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географии в общем образовании направлено на достижение следующих целей: </w:t>
      </w:r>
      <w:r w:rsidRPr="00434C39">
        <w:rPr>
          <w:lang w:val="ru-RU"/>
        </w:rPr>
        <w:br/>
      </w: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1) 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  <w:r w:rsidRPr="00434C39">
        <w:rPr>
          <w:lang w:val="ru-RU"/>
        </w:rPr>
        <w:br/>
      </w: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2) развитие познавательных интересов, интеллектуаль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ных и творческих способностей в процессе наблюдений за состоянием окружающей среды, решения географических задач, проблем 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повседневной жизни с использованием географических знаний, самостоятельного приобретения новых знаний; </w:t>
      </w:r>
      <w:r w:rsidRPr="00434C39">
        <w:rPr>
          <w:lang w:val="ru-RU"/>
        </w:rPr>
        <w:br/>
      </w: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3) воспитание экологической 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культуры, соответствующей современному уровню </w:t>
      </w:r>
      <w:proofErr w:type="spell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геоэкологического</w:t>
      </w:r>
      <w:proofErr w:type="spell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 мышления на основе освоения знаний о взаимосвязях в ПК, об основных географических 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особенностях природы, населения и хозяйства России и мира, своей местности, о способах 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сохранения окружающе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й среды и рационального использования природных ресурсов; </w:t>
      </w:r>
      <w:r w:rsidRPr="00434C39">
        <w:rPr>
          <w:lang w:val="ru-RU"/>
        </w:rPr>
        <w:br/>
      </w: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4) 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рафических явлений и процессов, жизненных ситуаций;</w:t>
      </w:r>
    </w:p>
    <w:p w:rsidR="00257A81" w:rsidRPr="00434C39" w:rsidRDefault="00257A81">
      <w:pPr>
        <w:rPr>
          <w:lang w:val="ru-RU"/>
        </w:rPr>
        <w:sectPr w:rsidR="00257A81" w:rsidRPr="00434C39">
          <w:pgSz w:w="11900" w:h="16840"/>
          <w:pgMar w:top="418" w:right="650" w:bottom="3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57A81" w:rsidRPr="00434C39" w:rsidRDefault="00257A81">
      <w:pPr>
        <w:autoSpaceDE w:val="0"/>
        <w:autoSpaceDN w:val="0"/>
        <w:spacing w:after="78" w:line="220" w:lineRule="exact"/>
        <w:rPr>
          <w:lang w:val="ru-RU"/>
        </w:rPr>
      </w:pPr>
    </w:p>
    <w:p w:rsidR="00257A81" w:rsidRPr="00434C39" w:rsidRDefault="002A5C84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5) 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полиэтничном</w:t>
      </w:r>
      <w:proofErr w:type="spell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многоконфессиональном мире; </w:t>
      </w:r>
      <w:r w:rsidRPr="00434C39">
        <w:rPr>
          <w:lang w:val="ru-RU"/>
        </w:rPr>
        <w:br/>
      </w: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6) формирование географических знаний и умений, необходимы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257A81" w:rsidRPr="00434C39" w:rsidRDefault="002A5C84">
      <w:pPr>
        <w:autoSpaceDE w:val="0"/>
        <w:autoSpaceDN w:val="0"/>
        <w:spacing w:before="262" w:after="0" w:line="230" w:lineRule="auto"/>
        <w:rPr>
          <w:lang w:val="ru-RU"/>
        </w:rPr>
      </w:pP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«ГЕОГРАФИЯ» В УЧЕБНОМ ПЛАНЕ</w:t>
      </w:r>
    </w:p>
    <w:p w:rsidR="00257A81" w:rsidRPr="00434C39" w:rsidRDefault="002A5C84">
      <w:pPr>
        <w:autoSpaceDE w:val="0"/>
        <w:autoSpaceDN w:val="0"/>
        <w:spacing w:before="168" w:after="0" w:line="281" w:lineRule="auto"/>
        <w:ind w:firstLine="18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 Освоение содержания </w:t>
      </w:r>
      <w:proofErr w:type="spell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курс</w:t>
      </w:r>
      <w:proofErr w:type="gram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а«</w:t>
      </w:r>
      <w:proofErr w:type="gram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География</w:t>
      </w:r>
      <w:proofErr w:type="spell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» в основной школе происходит с опорой на географические знания 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и умения, 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сформированные ранее в курсе «Окружающий мир». Учебным планом на изучение географии отводится в 7 классе - 2 часа в неделю, всего - 68 часов.</w:t>
      </w:r>
    </w:p>
    <w:p w:rsidR="00257A81" w:rsidRPr="00434C39" w:rsidRDefault="00257A81">
      <w:pPr>
        <w:rPr>
          <w:lang w:val="ru-RU"/>
        </w:rPr>
        <w:sectPr w:rsidR="00257A81" w:rsidRPr="00434C39">
          <w:pgSz w:w="11900" w:h="16840"/>
          <w:pgMar w:top="298" w:right="752" w:bottom="1440" w:left="666" w:header="720" w:footer="720" w:gutter="0"/>
          <w:cols w:space="720" w:equalWidth="0">
            <w:col w:w="10482" w:space="0"/>
          </w:cols>
          <w:docGrid w:linePitch="360"/>
        </w:sectPr>
      </w:pPr>
    </w:p>
    <w:p w:rsidR="00257A81" w:rsidRPr="00434C39" w:rsidRDefault="00257A81">
      <w:pPr>
        <w:autoSpaceDE w:val="0"/>
        <w:autoSpaceDN w:val="0"/>
        <w:spacing w:after="78" w:line="220" w:lineRule="exact"/>
        <w:rPr>
          <w:lang w:val="ru-RU"/>
        </w:rPr>
      </w:pPr>
    </w:p>
    <w:p w:rsidR="00257A81" w:rsidRPr="00434C39" w:rsidRDefault="002A5C84">
      <w:pPr>
        <w:autoSpaceDE w:val="0"/>
        <w:autoSpaceDN w:val="0"/>
        <w:spacing w:after="0" w:line="230" w:lineRule="auto"/>
        <w:rPr>
          <w:lang w:val="ru-RU"/>
        </w:rPr>
      </w:pP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257A81" w:rsidRPr="00434C39" w:rsidRDefault="002A5C84">
      <w:pPr>
        <w:tabs>
          <w:tab w:val="left" w:pos="180"/>
        </w:tabs>
        <w:autoSpaceDE w:val="0"/>
        <w:autoSpaceDN w:val="0"/>
        <w:spacing w:before="346" w:after="0" w:line="281" w:lineRule="auto"/>
        <w:ind w:right="432"/>
        <w:rPr>
          <w:lang w:val="ru-RU"/>
        </w:rPr>
      </w:pP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Главные закономерности </w:t>
      </w: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природы Земли </w:t>
      </w:r>
      <w:r w:rsidRPr="00434C39">
        <w:rPr>
          <w:lang w:val="ru-RU"/>
        </w:rPr>
        <w:br/>
      </w: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1. Географическая оболочка </w:t>
      </w:r>
      <w:r w:rsidRPr="00434C39">
        <w:rPr>
          <w:lang w:val="ru-RU"/>
        </w:rPr>
        <w:br/>
      </w: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 поясность. Современные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 исследования по сохранению важнейших биотопов Земли.</w:t>
      </w:r>
    </w:p>
    <w:p w:rsidR="00257A81" w:rsidRPr="00434C39" w:rsidRDefault="002A5C84">
      <w:pPr>
        <w:autoSpaceDE w:val="0"/>
        <w:autoSpaceDN w:val="0"/>
        <w:spacing w:before="70" w:after="0" w:line="262" w:lineRule="auto"/>
        <w:ind w:left="180" w:right="2592"/>
        <w:rPr>
          <w:lang w:val="ru-RU"/>
        </w:rPr>
      </w:pP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1. Выявление проявления широтной зональности по картам природных зон.</w:t>
      </w:r>
    </w:p>
    <w:p w:rsidR="00257A81" w:rsidRPr="00434C39" w:rsidRDefault="002A5C84">
      <w:pPr>
        <w:tabs>
          <w:tab w:val="left" w:pos="180"/>
        </w:tabs>
        <w:autoSpaceDE w:val="0"/>
        <w:autoSpaceDN w:val="0"/>
        <w:spacing w:before="192" w:after="0"/>
        <w:ind w:right="144"/>
        <w:rPr>
          <w:lang w:val="ru-RU"/>
        </w:rPr>
      </w:pP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2. Литосфера и рельеф Земли </w:t>
      </w:r>
      <w:r w:rsidRPr="00434C39">
        <w:rPr>
          <w:lang w:val="ru-RU"/>
        </w:rPr>
        <w:br/>
      </w: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История Земли как планеты. Литосферные плиты и их движение. Материки, океан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ы и части света. Сейсмические пояса Земли. Формирование современного рельефа Земли. Внешние и внутренние процессы </w:t>
      </w:r>
      <w:proofErr w:type="spell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рельефообразования</w:t>
      </w:r>
      <w:proofErr w:type="spell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. Полезные ископаемые.</w:t>
      </w:r>
    </w:p>
    <w:p w:rsidR="00257A81" w:rsidRPr="00434C39" w:rsidRDefault="002A5C84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434C39">
        <w:rPr>
          <w:lang w:val="ru-RU"/>
        </w:rPr>
        <w:br/>
      </w: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1. Анализ физической карты и карты строения земной коры с целью </w:t>
      </w:r>
      <w:proofErr w:type="gram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выявления зако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номерностей распространения крупных форм рельефа</w:t>
      </w:r>
      <w:proofErr w:type="gram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257A81" w:rsidRPr="00434C39" w:rsidRDefault="002A5C8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2. Объяснение вулканических или сейсмических событий, о которых говорится в тексте.</w:t>
      </w:r>
    </w:p>
    <w:p w:rsidR="00257A81" w:rsidRPr="00434C39" w:rsidRDefault="002A5C84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3. Атмосфера и климаты </w:t>
      </w:r>
      <w:proofErr w:type="gramStart"/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Земли </w:t>
      </w:r>
      <w:r w:rsidRPr="00434C39">
        <w:rPr>
          <w:lang w:val="ru-RU"/>
        </w:rPr>
        <w:br/>
      </w: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Закономерности распределения температуры воздуха</w:t>
      </w:r>
      <w:proofErr w:type="gram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. Закономерности распределения атмосф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ерных осадков. Пояса атмосферного давления на Земле. Воздушные массы, их типы. Преобладающие ветры — тропические (экваториальные) муссоны, пассаты тропических широт, западные ветры.</w:t>
      </w:r>
    </w:p>
    <w:p w:rsidR="00257A81" w:rsidRPr="00434C39" w:rsidRDefault="002A5C84">
      <w:pPr>
        <w:autoSpaceDE w:val="0"/>
        <w:autoSpaceDN w:val="0"/>
        <w:spacing w:before="70" w:after="0" w:line="286" w:lineRule="auto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Разнообразие климата на Земле. Климатообразующие факторы: географическое п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оложение, 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 ус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</w:t>
      </w:r>
      <w:proofErr w:type="spell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Кли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матограмма</w:t>
      </w:r>
      <w:proofErr w:type="spell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графическая форма отражения 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климатических особенностей территории.</w:t>
      </w:r>
    </w:p>
    <w:p w:rsidR="00257A81" w:rsidRPr="00434C39" w:rsidRDefault="002A5C84">
      <w:pPr>
        <w:autoSpaceDE w:val="0"/>
        <w:autoSpaceDN w:val="0"/>
        <w:spacing w:before="70" w:after="0" w:line="262" w:lineRule="auto"/>
        <w:ind w:left="180" w:right="2592"/>
        <w:rPr>
          <w:lang w:val="ru-RU"/>
        </w:rPr>
      </w:pP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1. Описание климата территории по климатической карте и </w:t>
      </w:r>
      <w:proofErr w:type="spell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климатограмме</w:t>
      </w:r>
      <w:proofErr w:type="spell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257A81" w:rsidRPr="00434C39" w:rsidRDefault="002A5C84">
      <w:pPr>
        <w:autoSpaceDE w:val="0"/>
        <w:autoSpaceDN w:val="0"/>
        <w:spacing w:before="192" w:after="0" w:line="262" w:lineRule="auto"/>
        <w:ind w:left="180" w:right="432"/>
        <w:rPr>
          <w:lang w:val="ru-RU"/>
        </w:rPr>
      </w:pP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4. Мировой океан — основная часть гидросферы 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Мировой океан и его части. 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Тихий, Атлантический, Индийский и Северный Ледовитый океаны.</w:t>
      </w:r>
    </w:p>
    <w:p w:rsidR="00257A81" w:rsidRPr="00434C39" w:rsidRDefault="002A5C84">
      <w:pPr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океанических течени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й на климат. Солёность поверхностных вод Мирового океана, её измерение.</w:t>
      </w:r>
    </w:p>
    <w:p w:rsidR="00257A81" w:rsidRPr="00434C39" w:rsidRDefault="002A5C84">
      <w:pPr>
        <w:autoSpaceDE w:val="0"/>
        <w:autoSpaceDN w:val="0"/>
        <w:spacing w:before="70" w:after="0" w:line="281" w:lineRule="auto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испарения, 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опресняющ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его влияния речных вод и вод ледников. Образование льдов в Мировом океане. Изменения </w:t>
      </w:r>
      <w:proofErr w:type="spell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ледовитости</w:t>
      </w:r>
      <w:proofErr w:type="spell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Экологическ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ие проблемы Мирового океана.</w:t>
      </w:r>
    </w:p>
    <w:p w:rsidR="00257A81" w:rsidRPr="00434C39" w:rsidRDefault="002A5C84">
      <w:pPr>
        <w:tabs>
          <w:tab w:val="left" w:pos="180"/>
        </w:tabs>
        <w:autoSpaceDE w:val="0"/>
        <w:autoSpaceDN w:val="0"/>
        <w:spacing w:before="70" w:after="0" w:line="271" w:lineRule="auto"/>
        <w:ind w:right="864"/>
        <w:rPr>
          <w:lang w:val="ru-RU"/>
        </w:rPr>
      </w:pP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434C39">
        <w:rPr>
          <w:lang w:val="ru-RU"/>
        </w:rPr>
        <w:br/>
      </w: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1. Выявление </w:t>
      </w:r>
      <w:proofErr w:type="gram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закономерностей изменения солёности поверхностных вод Мирового океана</w:t>
      </w:r>
      <w:proofErr w:type="gram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 и распространения тёплых и холодных течений у западных и восточных побережий материков.</w:t>
      </w:r>
    </w:p>
    <w:p w:rsidR="00257A81" w:rsidRPr="00434C39" w:rsidRDefault="00257A81">
      <w:pPr>
        <w:rPr>
          <w:lang w:val="ru-RU"/>
        </w:rPr>
        <w:sectPr w:rsidR="00257A81" w:rsidRPr="00434C39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57A81" w:rsidRPr="00434C39" w:rsidRDefault="00257A81">
      <w:pPr>
        <w:autoSpaceDE w:val="0"/>
        <w:autoSpaceDN w:val="0"/>
        <w:spacing w:after="78" w:line="220" w:lineRule="exact"/>
        <w:rPr>
          <w:lang w:val="ru-RU"/>
        </w:rPr>
      </w:pPr>
    </w:p>
    <w:p w:rsidR="00257A81" w:rsidRPr="00434C39" w:rsidRDefault="002A5C84">
      <w:pPr>
        <w:tabs>
          <w:tab w:val="left" w:pos="180"/>
        </w:tabs>
        <w:autoSpaceDE w:val="0"/>
        <w:autoSpaceDN w:val="0"/>
        <w:spacing w:after="0" w:line="262" w:lineRule="auto"/>
        <w:ind w:right="288"/>
        <w:rPr>
          <w:lang w:val="ru-RU"/>
        </w:rPr>
      </w:pP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2. Сравнение двух океанов по плану с использованием нескольких источников географической информации.</w:t>
      </w:r>
    </w:p>
    <w:p w:rsidR="00257A81" w:rsidRPr="00434C39" w:rsidRDefault="002A5C84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Человечество на Земле </w:t>
      </w:r>
      <w:r w:rsidRPr="00434C39">
        <w:rPr>
          <w:lang w:val="ru-RU"/>
        </w:rPr>
        <w:br/>
      </w: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1. Численность населения </w:t>
      </w:r>
      <w:r w:rsidRPr="00434C39">
        <w:rPr>
          <w:lang w:val="ru-RU"/>
        </w:rPr>
        <w:br/>
      </w: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Заселение Земли человеком. Современная численность населения мира. Изменение численности населения во времени. Методы определения численности населения, переписи населения. Факторы, влияющие на рост численности населения. Размещение и плотность населения.</w:t>
      </w:r>
    </w:p>
    <w:p w:rsidR="00257A81" w:rsidRPr="00434C39" w:rsidRDefault="002A5C84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434C39">
        <w:rPr>
          <w:lang w:val="ru-RU"/>
        </w:rPr>
        <w:br/>
      </w: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1. Определение, сравнение </w:t>
      </w:r>
      <w:proofErr w:type="gram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темпов изменения численности населения отдельных регионов мира</w:t>
      </w:r>
      <w:proofErr w:type="gram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 по статистическим материалам.</w:t>
      </w:r>
    </w:p>
    <w:p w:rsidR="00257A81" w:rsidRPr="00434C39" w:rsidRDefault="002A5C84">
      <w:pPr>
        <w:tabs>
          <w:tab w:val="left" w:pos="180"/>
        </w:tabs>
        <w:autoSpaceDE w:val="0"/>
        <w:autoSpaceDN w:val="0"/>
        <w:spacing w:before="72" w:after="0" w:line="262" w:lineRule="auto"/>
        <w:ind w:right="288"/>
        <w:rPr>
          <w:lang w:val="ru-RU"/>
        </w:rPr>
      </w:pP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2. Определение и сравнение различий в численности, плотности населения отдельных стран по разным источникам.</w:t>
      </w:r>
    </w:p>
    <w:p w:rsidR="00257A81" w:rsidRPr="00434C39" w:rsidRDefault="002A5C84">
      <w:pPr>
        <w:tabs>
          <w:tab w:val="left" w:pos="180"/>
        </w:tabs>
        <w:autoSpaceDE w:val="0"/>
        <w:autoSpaceDN w:val="0"/>
        <w:spacing w:before="190" w:after="0" w:line="283" w:lineRule="auto"/>
        <w:rPr>
          <w:lang w:val="ru-RU"/>
        </w:rPr>
      </w:pP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2. Страны и народы мира </w:t>
      </w:r>
      <w:r w:rsidRPr="00434C39">
        <w:rPr>
          <w:lang w:val="ru-RU"/>
        </w:rPr>
        <w:br/>
      </w: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деятельность людей, основные её виды: сельское хозяйство, 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промышленность, сфера услуг. Их влияние на природные </w:t>
      </w:r>
      <w:proofErr w:type="gram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комп​</w:t>
      </w:r>
      <w:proofErr w:type="spell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лексы</w:t>
      </w:r>
      <w:proofErr w:type="spellEnd"/>
      <w:proofErr w:type="gram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. Комплексные карты. Города и сельские поселения. Культурно-исторические регионы мира. Многообразие стран, их основные типы. Профессия менеджер в сфере туризма, экскурсовод.</w:t>
      </w:r>
    </w:p>
    <w:p w:rsidR="00257A81" w:rsidRPr="00434C39" w:rsidRDefault="002A5C84">
      <w:pPr>
        <w:autoSpaceDE w:val="0"/>
        <w:autoSpaceDN w:val="0"/>
        <w:spacing w:before="70" w:after="0" w:line="262" w:lineRule="auto"/>
        <w:ind w:left="180" w:right="3024"/>
        <w:rPr>
          <w:lang w:val="ru-RU"/>
        </w:rPr>
      </w:pP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Практическая работа</w:t>
      </w: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1. Сравнение занятий населения двух стран по комплексным картам.</w:t>
      </w:r>
    </w:p>
    <w:p w:rsidR="00257A81" w:rsidRPr="00434C39" w:rsidRDefault="002A5C84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3. Материки и страны </w:t>
      </w:r>
      <w:r w:rsidRPr="00434C39">
        <w:rPr>
          <w:lang w:val="ru-RU"/>
        </w:rPr>
        <w:br/>
      </w: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1. Южные материки </w:t>
      </w:r>
      <w:r w:rsidRPr="00434C39">
        <w:rPr>
          <w:lang w:val="ru-RU"/>
        </w:rPr>
        <w:br/>
      </w: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Африка. Австралия и Океания. Южная Америка. Антарктида. История открытия. Географическое положение. Основные черты рельефа, климата и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 Антарктида — 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уникальный материк на Земле. Освоение человеком Антарктиды. Цели международных исследований материка в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XXI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 вв. Современные 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исследования в Антарктиде. Роль России в открытиях и исследованиях ледового континента.</w:t>
      </w:r>
    </w:p>
    <w:p w:rsidR="00257A81" w:rsidRPr="00434C39" w:rsidRDefault="002A5C84">
      <w:pPr>
        <w:autoSpaceDE w:val="0"/>
        <w:autoSpaceDN w:val="0"/>
        <w:spacing w:before="72" w:after="0" w:line="262" w:lineRule="auto"/>
        <w:ind w:left="180" w:right="2304"/>
        <w:rPr>
          <w:lang w:val="ru-RU"/>
        </w:rPr>
      </w:pP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1. Сравнение географ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ического положения двух (любых) южных материков.</w:t>
      </w:r>
    </w:p>
    <w:p w:rsidR="00257A81" w:rsidRPr="00434C39" w:rsidRDefault="002A5C84">
      <w:pPr>
        <w:tabs>
          <w:tab w:val="left" w:pos="180"/>
        </w:tabs>
        <w:autoSpaceDE w:val="0"/>
        <w:autoSpaceDN w:val="0"/>
        <w:spacing w:before="70" w:after="0" w:line="271" w:lineRule="auto"/>
        <w:ind w:right="1296"/>
        <w:rPr>
          <w:lang w:val="ru-RU"/>
        </w:rPr>
      </w:pP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2. Объяснение годового хода температур и режима выпадения атмосферных осадков в экваториальном климатическом поясе </w:t>
      </w:r>
      <w:r w:rsidRPr="00434C39">
        <w:rPr>
          <w:lang w:val="ru-RU"/>
        </w:rPr>
        <w:br/>
      </w: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3. Сравнение особенностей климата Африки, Южной Америки и Австралии по плану.</w:t>
      </w:r>
    </w:p>
    <w:p w:rsidR="00257A81" w:rsidRPr="00434C39" w:rsidRDefault="002A5C84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4. Описани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е Австралии или одной из стран Африки или Южной Америки по географическим картам.</w:t>
      </w:r>
    </w:p>
    <w:p w:rsidR="00257A81" w:rsidRPr="00434C39" w:rsidRDefault="002A5C84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5. Объяснение особенностей размещения населения  Австралии или одной из стран Африки или Южной Америки.</w:t>
      </w:r>
    </w:p>
    <w:p w:rsidR="00257A81" w:rsidRPr="00434C39" w:rsidRDefault="002A5C84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2. Северные материки </w:t>
      </w:r>
      <w:r w:rsidRPr="00434C39">
        <w:rPr>
          <w:lang w:val="ru-RU"/>
        </w:rPr>
        <w:br/>
      </w: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Северная Америка. Евразия. История откры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ние природы под влиянием хозяйственной деятельности человека.</w:t>
      </w:r>
    </w:p>
    <w:p w:rsidR="00257A81" w:rsidRPr="00434C39" w:rsidRDefault="002A5C8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Практические работы</w:t>
      </w:r>
    </w:p>
    <w:p w:rsidR="00257A81" w:rsidRPr="00434C39" w:rsidRDefault="00257A81">
      <w:pPr>
        <w:rPr>
          <w:lang w:val="ru-RU"/>
        </w:rPr>
        <w:sectPr w:rsidR="00257A81" w:rsidRPr="00434C39">
          <w:pgSz w:w="11900" w:h="16840"/>
          <w:pgMar w:top="298" w:right="874" w:bottom="356" w:left="666" w:header="720" w:footer="720" w:gutter="0"/>
          <w:cols w:space="720" w:equalWidth="0">
            <w:col w:w="10360" w:space="0"/>
          </w:cols>
          <w:docGrid w:linePitch="360"/>
        </w:sectPr>
      </w:pPr>
    </w:p>
    <w:p w:rsidR="00257A81" w:rsidRPr="00434C39" w:rsidRDefault="00257A81">
      <w:pPr>
        <w:autoSpaceDE w:val="0"/>
        <w:autoSpaceDN w:val="0"/>
        <w:spacing w:after="78" w:line="220" w:lineRule="exact"/>
        <w:rPr>
          <w:lang w:val="ru-RU"/>
        </w:rPr>
      </w:pPr>
    </w:p>
    <w:p w:rsidR="00257A81" w:rsidRPr="00434C39" w:rsidRDefault="002A5C84">
      <w:pPr>
        <w:tabs>
          <w:tab w:val="left" w:pos="180"/>
        </w:tabs>
        <w:autoSpaceDE w:val="0"/>
        <w:autoSpaceDN w:val="0"/>
        <w:spacing w:after="0" w:line="262" w:lineRule="auto"/>
        <w:ind w:right="576"/>
        <w:rPr>
          <w:lang w:val="ru-RU"/>
        </w:rPr>
      </w:pP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1. Объяснение распространения зон современного вулканизма и землетрясений на территории Северной Америки и Евразии.</w:t>
      </w:r>
    </w:p>
    <w:p w:rsidR="00257A81" w:rsidRPr="00434C39" w:rsidRDefault="002A5C84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2. 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:rsidR="00257A81" w:rsidRPr="00434C39" w:rsidRDefault="002A5C84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3. Представление в виде таблицы информации о компонентах природы одной из природных зон на основе анализа нескольких и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сточников информации.</w:t>
      </w:r>
    </w:p>
    <w:p w:rsidR="00257A81" w:rsidRPr="00434C39" w:rsidRDefault="002A5C84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4. 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:rsidR="00257A81" w:rsidRPr="00434C39" w:rsidRDefault="002A5C84">
      <w:pPr>
        <w:tabs>
          <w:tab w:val="left" w:pos="180"/>
        </w:tabs>
        <w:autoSpaceDE w:val="0"/>
        <w:autoSpaceDN w:val="0"/>
        <w:spacing w:before="190" w:after="0" w:line="283" w:lineRule="auto"/>
        <w:ind w:right="144"/>
        <w:rPr>
          <w:lang w:val="ru-RU"/>
        </w:rPr>
      </w:pP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3. Взаимодействие природы и общества </w:t>
      </w:r>
      <w:r w:rsidRPr="00434C39">
        <w:rPr>
          <w:lang w:val="ru-RU"/>
        </w:rPr>
        <w:br/>
      </w: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Влияние закономерностей географич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природоохранной деятельности на современном этапе (Ме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ждународный союз охраны природы, Международная гидрографическая организация, ЮНЕСКО и др.).</w:t>
      </w:r>
    </w:p>
    <w:p w:rsidR="00257A81" w:rsidRPr="00434C39" w:rsidRDefault="002A5C84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Глобальные проблемы человечества: экологическая, сырьевая, энергетическая, преодоления отсталости стран, продовольственная — и международные усилия по их преодолени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ю. Программа ООН и цели устойчивого развития. Всемирное наследие ЮНЕСКО: природные и культурные объекты.</w:t>
      </w:r>
    </w:p>
    <w:p w:rsidR="00257A81" w:rsidRPr="00434C39" w:rsidRDefault="002A5C84">
      <w:pPr>
        <w:tabs>
          <w:tab w:val="left" w:pos="180"/>
        </w:tabs>
        <w:autoSpaceDE w:val="0"/>
        <w:autoSpaceDN w:val="0"/>
        <w:spacing w:before="70" w:after="0" w:line="271" w:lineRule="auto"/>
        <w:ind w:right="1152"/>
        <w:rPr>
          <w:lang w:val="ru-RU"/>
        </w:rPr>
      </w:pP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434C39">
        <w:rPr>
          <w:lang w:val="ru-RU"/>
        </w:rPr>
        <w:br/>
      </w: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1. Характеристика изменений компонентов природы на территории одной из стран мира в результате деятельности человека.</w:t>
      </w:r>
    </w:p>
    <w:p w:rsidR="00257A81" w:rsidRPr="00434C39" w:rsidRDefault="00257A81">
      <w:pPr>
        <w:rPr>
          <w:lang w:val="ru-RU"/>
        </w:rPr>
        <w:sectPr w:rsidR="00257A81" w:rsidRPr="00434C39">
          <w:pgSz w:w="11900" w:h="16840"/>
          <w:pgMar w:top="298" w:right="678" w:bottom="1440" w:left="666" w:header="720" w:footer="720" w:gutter="0"/>
          <w:cols w:space="720" w:equalWidth="0">
            <w:col w:w="10556" w:space="0"/>
          </w:cols>
          <w:docGrid w:linePitch="360"/>
        </w:sectPr>
      </w:pPr>
    </w:p>
    <w:p w:rsidR="00257A81" w:rsidRPr="00434C39" w:rsidRDefault="00257A81">
      <w:pPr>
        <w:autoSpaceDE w:val="0"/>
        <w:autoSpaceDN w:val="0"/>
        <w:spacing w:after="78" w:line="220" w:lineRule="exact"/>
        <w:rPr>
          <w:lang w:val="ru-RU"/>
        </w:rPr>
      </w:pPr>
    </w:p>
    <w:p w:rsidR="00257A81" w:rsidRPr="00434C39" w:rsidRDefault="002A5C84">
      <w:pPr>
        <w:autoSpaceDE w:val="0"/>
        <w:autoSpaceDN w:val="0"/>
        <w:spacing w:after="0" w:line="230" w:lineRule="auto"/>
        <w:rPr>
          <w:lang w:val="ru-RU"/>
        </w:rPr>
      </w:pP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257A81" w:rsidRPr="00434C39" w:rsidRDefault="002A5C84">
      <w:pPr>
        <w:autoSpaceDE w:val="0"/>
        <w:autoSpaceDN w:val="0"/>
        <w:spacing w:before="346" w:after="0" w:line="230" w:lineRule="auto"/>
        <w:rPr>
          <w:lang w:val="ru-RU"/>
        </w:rPr>
      </w:pP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257A81" w:rsidRPr="00434C39" w:rsidRDefault="002A5C84">
      <w:pPr>
        <w:autoSpaceDE w:val="0"/>
        <w:autoSpaceDN w:val="0"/>
        <w:spacing w:before="166" w:after="0"/>
        <w:ind w:firstLine="18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программы основного общего образования по географии должны 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257A81" w:rsidRPr="00434C39" w:rsidRDefault="002A5C84">
      <w:pPr>
        <w:autoSpaceDE w:val="0"/>
        <w:autoSpaceDN w:val="0"/>
        <w:spacing w:before="190" w:after="0" w:line="283" w:lineRule="auto"/>
        <w:ind w:firstLine="180"/>
        <w:rPr>
          <w:lang w:val="ru-RU"/>
        </w:rPr>
      </w:pPr>
      <w:proofErr w:type="gramStart"/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Патриотического </w:t>
      </w: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воспитания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: осознание российской гражданской идентичности в 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оей Родины — цивилизационному вкладу России; ценностное отношение к 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историческому и природному наследию и объектам природного и культурного наследия человечества, традициям разных народов, проживающих в родной стране;</w:t>
      </w:r>
      <w:proofErr w:type="gram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 уважение к символам России, своего кр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ая.</w:t>
      </w:r>
    </w:p>
    <w:p w:rsidR="00257A81" w:rsidRPr="00434C39" w:rsidRDefault="002A5C84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proofErr w:type="gramStart"/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Гражданского воспитания: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</w:t>
      </w:r>
      <w:proofErr w:type="gram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представление о социа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льных нормах и правилах межличностных отношений в поликультурном и многоконфессиональном обществе; готовность к </w:t>
      </w:r>
      <w:proofErr w:type="gram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разно-образной</w:t>
      </w:r>
      <w:proofErr w:type="gram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 совместной деятельности, стремление к взаимопониманию и взаимопомощи, готовность к участию в гуманитарной деятельности («экологич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еский патруль», </w:t>
      </w:r>
      <w:proofErr w:type="spell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257A81" w:rsidRPr="00434C39" w:rsidRDefault="002A5C84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оследствий для окружающей среды.</w:t>
      </w:r>
    </w:p>
    <w:p w:rsidR="00257A81" w:rsidRPr="00434C39" w:rsidRDefault="002A5C84">
      <w:pPr>
        <w:autoSpaceDE w:val="0"/>
        <w:autoSpaceDN w:val="0"/>
        <w:spacing w:before="192" w:after="0"/>
        <w:ind w:right="432" w:firstLine="180"/>
        <w:rPr>
          <w:lang w:val="ru-RU"/>
        </w:rPr>
      </w:pP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ьтуре других регионов и стран мира, объектам Всемирного культурного наследия человечества.</w:t>
      </w:r>
    </w:p>
    <w:p w:rsidR="00257A81" w:rsidRPr="00434C39" w:rsidRDefault="002A5C84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257A81" w:rsidRPr="00434C39" w:rsidRDefault="002A5C84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proofErr w:type="gramStart"/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</w:t>
      </w: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туры здоровья и эмоционального благополучия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</w:t>
      </w:r>
      <w:proofErr w:type="gramEnd"/>
    </w:p>
    <w:p w:rsidR="00257A81" w:rsidRPr="00434C39" w:rsidRDefault="00257A81">
      <w:pPr>
        <w:rPr>
          <w:lang w:val="ru-RU"/>
        </w:rPr>
        <w:sectPr w:rsidR="00257A81" w:rsidRPr="00434C39">
          <w:pgSz w:w="11900" w:h="16840"/>
          <w:pgMar w:top="298" w:right="650" w:bottom="3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57A81" w:rsidRPr="00434C39" w:rsidRDefault="00257A81">
      <w:pPr>
        <w:autoSpaceDE w:val="0"/>
        <w:autoSpaceDN w:val="0"/>
        <w:spacing w:after="66" w:line="220" w:lineRule="exact"/>
        <w:rPr>
          <w:lang w:val="ru-RU"/>
        </w:rPr>
      </w:pPr>
    </w:p>
    <w:p w:rsidR="00257A81" w:rsidRPr="00434C39" w:rsidRDefault="002A5C84">
      <w:pPr>
        <w:autoSpaceDE w:val="0"/>
        <w:autoSpaceDN w:val="0"/>
        <w:spacing w:after="0" w:line="283" w:lineRule="auto"/>
        <w:ind w:right="144"/>
        <w:rPr>
          <w:lang w:val="ru-RU"/>
        </w:rPr>
      </w:pPr>
      <w:proofErr w:type="gram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ситуациям и меняющимся социальным, информационным и природным условиям, в том числе осмысляя собственный опыт и выстраивая дальнейшие цели; </w:t>
      </w:r>
      <w:proofErr w:type="spell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навыка рефлексии, признание своего права на ошибку и такого же права другого человека;</w:t>
      </w:r>
      <w:proofErr w:type="gram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 готовность и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257A81" w:rsidRPr="00434C39" w:rsidRDefault="002A5C84">
      <w:pPr>
        <w:autoSpaceDE w:val="0"/>
        <w:autoSpaceDN w:val="0"/>
        <w:spacing w:before="190" w:after="0" w:line="286" w:lineRule="auto"/>
        <w:ind w:right="144" w:firstLine="180"/>
        <w:rPr>
          <w:lang w:val="ru-RU"/>
        </w:rPr>
      </w:pP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Трудового воспитания: 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установка на активное участие в решении практических зада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нных планов с учётом личных и общественных интересов и потребностей.</w:t>
      </w:r>
    </w:p>
    <w:p w:rsidR="00257A81" w:rsidRPr="00434C39" w:rsidRDefault="002A5C84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proofErr w:type="gramStart"/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льной сред;</w:t>
      </w:r>
      <w:proofErr w:type="gram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 готовность к участию в практической деятельности экологической направленности.</w:t>
      </w:r>
    </w:p>
    <w:p w:rsidR="00257A81" w:rsidRPr="00434C39" w:rsidRDefault="002A5C84">
      <w:pPr>
        <w:autoSpaceDE w:val="0"/>
        <w:autoSpaceDN w:val="0"/>
        <w:spacing w:before="262" w:after="0" w:line="230" w:lineRule="auto"/>
        <w:rPr>
          <w:lang w:val="ru-RU"/>
        </w:rPr>
      </w:pP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257A81" w:rsidRPr="00434C39" w:rsidRDefault="002A5C84">
      <w:pPr>
        <w:tabs>
          <w:tab w:val="left" w:pos="180"/>
        </w:tabs>
        <w:autoSpaceDE w:val="0"/>
        <w:autoSpaceDN w:val="0"/>
        <w:spacing w:before="166" w:after="0"/>
        <w:ind w:right="144"/>
        <w:rPr>
          <w:lang w:val="ru-RU"/>
        </w:rPr>
      </w:pP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географии в основной школе способствует достижению </w:t>
      </w:r>
      <w:proofErr w:type="spell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результатов, в том числе: </w:t>
      </w:r>
      <w:r w:rsidRPr="00434C39">
        <w:rPr>
          <w:lang w:val="ru-RU"/>
        </w:rPr>
        <w:br/>
      </w: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универсальными познавател</w:t>
      </w: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ьными действиями: </w:t>
      </w:r>
      <w:r w:rsidRPr="00434C39">
        <w:rPr>
          <w:lang w:val="ru-RU"/>
        </w:rPr>
        <w:br/>
      </w:r>
      <w:r w:rsidRPr="00434C39">
        <w:rPr>
          <w:lang w:val="ru-RU"/>
        </w:rPr>
        <w:tab/>
      </w: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логические действия</w:t>
      </w:r>
    </w:p>
    <w:p w:rsidR="00257A81" w:rsidRPr="00434C39" w:rsidRDefault="002A5C84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Выявлять и характеризовать существенные признаки географических объектов, процессов и явлений;</w:t>
      </w:r>
    </w:p>
    <w:p w:rsidR="00257A81" w:rsidRPr="00434C39" w:rsidRDefault="002A5C84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существенный признак классификации географических объектов, процессов и явлений, основания дл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я их сравнения;</w:t>
      </w:r>
    </w:p>
    <w:p w:rsidR="00257A81" w:rsidRPr="00434C39" w:rsidRDefault="002A5C84">
      <w:pPr>
        <w:autoSpaceDE w:val="0"/>
        <w:autoSpaceDN w:val="0"/>
        <w:spacing w:before="192" w:after="0" w:line="262" w:lineRule="auto"/>
        <w:ind w:left="42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257A81" w:rsidRPr="00434C39" w:rsidRDefault="002A5C84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выявлять дефициты географической информации, данных, необходимых для решения поставленной задачи;</w:t>
      </w:r>
    </w:p>
    <w:p w:rsidR="00257A81" w:rsidRPr="00434C39" w:rsidRDefault="002A5C84">
      <w:pPr>
        <w:autoSpaceDE w:val="0"/>
        <w:autoSpaceDN w:val="0"/>
        <w:spacing w:before="190" w:after="0"/>
        <w:ind w:left="42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выяв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оцессов и явлений;</w:t>
      </w:r>
    </w:p>
    <w:p w:rsidR="00257A81" w:rsidRPr="00434C39" w:rsidRDefault="002A5C84">
      <w:pPr>
        <w:autoSpaceDE w:val="0"/>
        <w:autoSpaceDN w:val="0"/>
        <w:spacing w:before="190" w:after="0" w:line="271" w:lineRule="auto"/>
        <w:ind w:left="420" w:right="576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57A81" w:rsidRPr="00434C39" w:rsidRDefault="002A5C8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исследовательские действия</w:t>
      </w:r>
    </w:p>
    <w:p w:rsidR="00257A81" w:rsidRPr="00434C39" w:rsidRDefault="00257A81">
      <w:pPr>
        <w:rPr>
          <w:lang w:val="ru-RU"/>
        </w:rPr>
        <w:sectPr w:rsidR="00257A81" w:rsidRPr="00434C39">
          <w:pgSz w:w="11900" w:h="16840"/>
          <w:pgMar w:top="286" w:right="782" w:bottom="438" w:left="666" w:header="720" w:footer="720" w:gutter="0"/>
          <w:cols w:space="720" w:equalWidth="0">
            <w:col w:w="10452" w:space="0"/>
          </w:cols>
          <w:docGrid w:linePitch="360"/>
        </w:sectPr>
      </w:pPr>
    </w:p>
    <w:p w:rsidR="00257A81" w:rsidRPr="00434C39" w:rsidRDefault="00257A81">
      <w:pPr>
        <w:autoSpaceDE w:val="0"/>
        <w:autoSpaceDN w:val="0"/>
        <w:spacing w:after="132" w:line="220" w:lineRule="exact"/>
        <w:rPr>
          <w:lang w:val="ru-RU"/>
        </w:rPr>
      </w:pPr>
    </w:p>
    <w:p w:rsidR="00257A81" w:rsidRPr="00434C39" w:rsidRDefault="002A5C84">
      <w:pPr>
        <w:autoSpaceDE w:val="0"/>
        <w:autoSpaceDN w:val="0"/>
        <w:spacing w:after="0" w:line="230" w:lineRule="auto"/>
        <w:ind w:left="24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географические вопросы как исследовательский инструмент познания;</w:t>
      </w:r>
    </w:p>
    <w:p w:rsidR="00257A81" w:rsidRPr="00434C39" w:rsidRDefault="002A5C84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географические вопросы, фиксирующие разрыв между реальным и 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желательным состоянием ситуации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, объекта, и самостоятельно устанавливать искомое и данное;</w:t>
      </w:r>
    </w:p>
    <w:p w:rsidR="00257A81" w:rsidRPr="00434C39" w:rsidRDefault="002A5C84">
      <w:pPr>
        <w:autoSpaceDE w:val="0"/>
        <w:autoSpaceDN w:val="0"/>
        <w:spacing w:before="190" w:after="0" w:line="271" w:lineRule="auto"/>
        <w:ind w:left="240" w:right="432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257A81" w:rsidRPr="00434C39" w:rsidRDefault="002A5C84">
      <w:pPr>
        <w:autoSpaceDE w:val="0"/>
        <w:autoSpaceDN w:val="0"/>
        <w:spacing w:before="190" w:after="0"/>
        <w:ind w:left="240" w:right="144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проводить по плану не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257A81" w:rsidRPr="00434C39" w:rsidRDefault="002A5C84">
      <w:pPr>
        <w:autoSpaceDE w:val="0"/>
        <w:autoSpaceDN w:val="0"/>
        <w:spacing w:before="192" w:after="0" w:line="230" w:lineRule="auto"/>
        <w:ind w:left="24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оценивать д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остоверность информации, полученной в ходе </w:t>
      </w:r>
      <w:proofErr w:type="spellStart"/>
      <w:proofErr w:type="gram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гео</w:t>
      </w:r>
      <w:proofErr w:type="spell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​графического</w:t>
      </w:r>
      <w:proofErr w:type="gram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 исследования;</w:t>
      </w:r>
    </w:p>
    <w:p w:rsidR="00257A81" w:rsidRPr="00434C39" w:rsidRDefault="002A5C84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257A81" w:rsidRPr="00434C39" w:rsidRDefault="002A5C84">
      <w:pPr>
        <w:autoSpaceDE w:val="0"/>
        <w:autoSpaceDN w:val="0"/>
        <w:spacing w:before="190" w:after="0" w:line="271" w:lineRule="auto"/>
        <w:ind w:left="240" w:right="288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257A81" w:rsidRPr="00434C39" w:rsidRDefault="002A5C84">
      <w:pPr>
        <w:autoSpaceDE w:val="0"/>
        <w:autoSpaceDN w:val="0"/>
        <w:spacing w:before="178" w:after="0" w:line="230" w:lineRule="auto"/>
        <w:rPr>
          <w:lang w:val="ru-RU"/>
        </w:rPr>
      </w:pP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Работа с ин</w:t>
      </w: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формацией</w:t>
      </w:r>
    </w:p>
    <w:p w:rsidR="00257A81" w:rsidRPr="00434C39" w:rsidRDefault="002A5C84">
      <w:pPr>
        <w:autoSpaceDE w:val="0"/>
        <w:autoSpaceDN w:val="0"/>
        <w:spacing w:before="178" w:after="0" w:line="271" w:lineRule="auto"/>
        <w:ind w:left="24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257A81" w:rsidRPr="00434C39" w:rsidRDefault="002A5C84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выбирать, анализировать и интерпретировать геогра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фическую информацию различных видов и форм представления;</w:t>
      </w:r>
    </w:p>
    <w:p w:rsidR="00257A81" w:rsidRPr="00434C39" w:rsidRDefault="002A5C84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257A81" w:rsidRPr="00434C39" w:rsidRDefault="002A5C84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оптимальную форму представления геогра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фической информации;</w:t>
      </w:r>
    </w:p>
    <w:p w:rsidR="00257A81" w:rsidRPr="00434C39" w:rsidRDefault="002A5C84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оценивать надёжность географической информации по критериям, предложенным учителем или сформулированным самостоятельно;</w:t>
      </w:r>
    </w:p>
    <w:p w:rsidR="00257A81" w:rsidRPr="00434C39" w:rsidRDefault="002A5C84">
      <w:pPr>
        <w:autoSpaceDE w:val="0"/>
        <w:autoSpaceDN w:val="0"/>
        <w:spacing w:before="192" w:after="0" w:line="230" w:lineRule="auto"/>
        <w:ind w:left="24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систематизировать географическую информацию в разных формах.</w:t>
      </w:r>
    </w:p>
    <w:p w:rsidR="00257A81" w:rsidRPr="00434C39" w:rsidRDefault="002A5C84">
      <w:pPr>
        <w:autoSpaceDE w:val="0"/>
        <w:autoSpaceDN w:val="0"/>
        <w:spacing w:before="180" w:after="0" w:line="262" w:lineRule="auto"/>
        <w:ind w:right="3312"/>
        <w:rPr>
          <w:lang w:val="ru-RU"/>
        </w:rPr>
      </w:pP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универсальными коммуникативными действ</w:t>
      </w: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иями: Общение</w:t>
      </w:r>
    </w:p>
    <w:p w:rsidR="00257A81" w:rsidRPr="00434C39" w:rsidRDefault="002A5C84">
      <w:pPr>
        <w:autoSpaceDE w:val="0"/>
        <w:autoSpaceDN w:val="0"/>
        <w:spacing w:before="178" w:after="0" w:line="262" w:lineRule="auto"/>
        <w:ind w:left="240" w:right="864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257A81" w:rsidRPr="00434C39" w:rsidRDefault="002A5C84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—  в ходе диалога и/или дискуссии задавать вопросы по существу обсуждаемой темы и высказывать идеи, нацеленные 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на решение задачи и поддержание благожелательности общения;</w:t>
      </w:r>
    </w:p>
    <w:p w:rsidR="00257A81" w:rsidRPr="00434C39" w:rsidRDefault="002A5C84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257A81" w:rsidRPr="00434C39" w:rsidRDefault="002A5C84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публично представлять результаты выполненного исследов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ания или проекта.</w:t>
      </w:r>
    </w:p>
    <w:p w:rsidR="00257A81" w:rsidRPr="00434C39" w:rsidRDefault="002A5C84">
      <w:pPr>
        <w:autoSpaceDE w:val="0"/>
        <w:autoSpaceDN w:val="0"/>
        <w:spacing w:before="178" w:after="0" w:line="230" w:lineRule="auto"/>
        <w:rPr>
          <w:lang w:val="ru-RU"/>
        </w:rPr>
      </w:pP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 (сотрудничество)</w:t>
      </w:r>
    </w:p>
    <w:p w:rsidR="00257A81" w:rsidRPr="00434C39" w:rsidRDefault="002A5C84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Принимать цель совместной деятельности при выполнении </w:t>
      </w:r>
      <w:proofErr w:type="gram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учебных</w:t>
      </w:r>
      <w:proofErr w:type="gram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 географических</w:t>
      </w:r>
    </w:p>
    <w:p w:rsidR="00257A81" w:rsidRPr="00434C39" w:rsidRDefault="00257A81">
      <w:pPr>
        <w:rPr>
          <w:lang w:val="ru-RU"/>
        </w:rPr>
        <w:sectPr w:rsidR="00257A81" w:rsidRPr="00434C39">
          <w:pgSz w:w="11900" w:h="16840"/>
          <w:pgMar w:top="352" w:right="794" w:bottom="384" w:left="846" w:header="720" w:footer="720" w:gutter="0"/>
          <w:cols w:space="720" w:equalWidth="0">
            <w:col w:w="10260" w:space="0"/>
          </w:cols>
          <w:docGrid w:linePitch="360"/>
        </w:sectPr>
      </w:pPr>
    </w:p>
    <w:p w:rsidR="00257A81" w:rsidRPr="00434C39" w:rsidRDefault="00257A81">
      <w:pPr>
        <w:autoSpaceDE w:val="0"/>
        <w:autoSpaceDN w:val="0"/>
        <w:spacing w:after="66" w:line="220" w:lineRule="exact"/>
        <w:rPr>
          <w:lang w:val="ru-RU"/>
        </w:rPr>
      </w:pPr>
    </w:p>
    <w:p w:rsidR="00257A81" w:rsidRPr="00434C39" w:rsidRDefault="002A5C84">
      <w:pPr>
        <w:autoSpaceDE w:val="0"/>
        <w:autoSpaceDN w:val="0"/>
        <w:spacing w:after="0" w:line="262" w:lineRule="auto"/>
        <w:ind w:left="420" w:right="144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проектов, коллективно строить действия по её дос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тижению: распределять роли, договариваться, обсуждать процесс и результат совместной работы;</w:t>
      </w:r>
    </w:p>
    <w:p w:rsidR="00257A81" w:rsidRPr="00434C39" w:rsidRDefault="002A5C84">
      <w:pPr>
        <w:autoSpaceDE w:val="0"/>
        <w:autoSpaceDN w:val="0"/>
        <w:spacing w:before="190" w:after="0" w:line="281" w:lineRule="auto"/>
        <w:ind w:left="420" w:right="288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257A81" w:rsidRPr="00434C39" w:rsidRDefault="002A5C84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ответственности.</w:t>
      </w:r>
    </w:p>
    <w:p w:rsidR="00257A81" w:rsidRPr="00434C39" w:rsidRDefault="002A5C84">
      <w:pPr>
        <w:autoSpaceDE w:val="0"/>
        <w:autoSpaceDN w:val="0"/>
        <w:spacing w:before="180" w:after="0" w:line="262" w:lineRule="auto"/>
        <w:ind w:left="180" w:right="2592"/>
        <w:rPr>
          <w:lang w:val="ru-RU"/>
        </w:rPr>
      </w:pP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универсальными учебными регулятивными действиями: Самоорга</w:t>
      </w: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низация</w:t>
      </w:r>
    </w:p>
    <w:p w:rsidR="00257A81" w:rsidRPr="00434C39" w:rsidRDefault="002A5C84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257A81" w:rsidRPr="00434C39" w:rsidRDefault="002A5C84">
      <w:pPr>
        <w:autoSpaceDE w:val="0"/>
        <w:autoSpaceDN w:val="0"/>
        <w:spacing w:before="190" w:after="0" w:line="271" w:lineRule="auto"/>
        <w:ind w:left="420" w:right="72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составлять план действий (план реализации наме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ченного алгоритма решения), корректировать предложенный алгоритм с учётом получения новых знаний об изучаемом объекте.</w:t>
      </w:r>
    </w:p>
    <w:p w:rsidR="00257A81" w:rsidRPr="00434C39" w:rsidRDefault="002A5C8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Самоконтроль (рефлексия)</w:t>
      </w:r>
    </w:p>
    <w:p w:rsidR="00257A81" w:rsidRPr="00434C39" w:rsidRDefault="002A5C84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Владеть способами самоконтроля и рефлексии;</w:t>
      </w:r>
    </w:p>
    <w:p w:rsidR="00257A81" w:rsidRPr="00434C39" w:rsidRDefault="002A5C84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объяснять причины достижения (</w:t>
      </w:r>
      <w:proofErr w:type="spell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) результатов деятел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ьности, давать оценку приобретённому опыту;</w:t>
      </w:r>
    </w:p>
    <w:p w:rsidR="00257A81" w:rsidRPr="00434C39" w:rsidRDefault="002A5C84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257A81" w:rsidRPr="00434C39" w:rsidRDefault="002A5C8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оценивать соответствие результата цели и условиям.</w:t>
      </w:r>
    </w:p>
    <w:p w:rsidR="00257A81" w:rsidRPr="00434C39" w:rsidRDefault="002A5C8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Принятие себя и других:</w:t>
      </w:r>
    </w:p>
    <w:p w:rsidR="00257A81" w:rsidRPr="00434C39" w:rsidRDefault="002A5C84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Осознанно относиться к другому человеку, его мнению;</w:t>
      </w:r>
    </w:p>
    <w:p w:rsidR="00257A81" w:rsidRPr="00434C39" w:rsidRDefault="002A5C84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признавать своё право на ошибку и такое же право </w:t>
      </w:r>
      <w:proofErr w:type="gram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другого</w:t>
      </w:r>
      <w:proofErr w:type="gram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257A81" w:rsidRPr="00434C39" w:rsidRDefault="002A5C84">
      <w:pPr>
        <w:autoSpaceDE w:val="0"/>
        <w:autoSpaceDN w:val="0"/>
        <w:spacing w:before="324" w:after="0" w:line="230" w:lineRule="auto"/>
        <w:rPr>
          <w:lang w:val="ru-RU"/>
        </w:rPr>
      </w:pP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257A81" w:rsidRPr="00434C39" w:rsidRDefault="002A5C84">
      <w:pPr>
        <w:autoSpaceDE w:val="0"/>
        <w:autoSpaceDN w:val="0"/>
        <w:spacing w:before="226" w:after="0" w:line="262" w:lineRule="auto"/>
        <w:ind w:left="42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Описывать по географическим картам и глобусу местоположение изученных географических объектов для решения учебных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 и (или) практико-ориентированных задач;</w:t>
      </w:r>
    </w:p>
    <w:p w:rsidR="00257A81" w:rsidRPr="00434C39" w:rsidRDefault="002A5C84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называть: строение и свойства (целостность, зональность, ритмичность) географической оболочки;</w:t>
      </w:r>
    </w:p>
    <w:p w:rsidR="00257A81" w:rsidRPr="00434C39" w:rsidRDefault="002A5C84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проявления изученных географических явлений, представляющие собой отражение таких свойств географичес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кой оболочки, как зональность, ритмичность и целостность;</w:t>
      </w:r>
    </w:p>
    <w:p w:rsidR="00257A81" w:rsidRPr="00434C39" w:rsidRDefault="002A5C84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 w:rsidR="00257A81" w:rsidRPr="00434C39" w:rsidRDefault="002A5C8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различать изученные процессы и явления, происходящие в геогра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фической оболочке;</w:t>
      </w:r>
    </w:p>
    <w:p w:rsidR="00257A81" w:rsidRPr="00434C39" w:rsidRDefault="002A5C8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изменений в геосферах в результате деятельности человека;</w:t>
      </w:r>
    </w:p>
    <w:p w:rsidR="00257A81" w:rsidRPr="00434C39" w:rsidRDefault="00257A81">
      <w:pPr>
        <w:rPr>
          <w:lang w:val="ru-RU"/>
        </w:rPr>
        <w:sectPr w:rsidR="00257A81" w:rsidRPr="00434C39">
          <w:pgSz w:w="11900" w:h="16840"/>
          <w:pgMar w:top="286" w:right="716" w:bottom="368" w:left="666" w:header="720" w:footer="720" w:gutter="0"/>
          <w:cols w:space="720" w:equalWidth="0">
            <w:col w:w="10518" w:space="0"/>
          </w:cols>
          <w:docGrid w:linePitch="360"/>
        </w:sectPr>
      </w:pPr>
    </w:p>
    <w:p w:rsidR="00257A81" w:rsidRPr="00434C39" w:rsidRDefault="00257A81">
      <w:pPr>
        <w:autoSpaceDE w:val="0"/>
        <w:autoSpaceDN w:val="0"/>
        <w:spacing w:after="78" w:line="220" w:lineRule="exact"/>
        <w:rPr>
          <w:lang w:val="ru-RU"/>
        </w:rPr>
      </w:pPr>
    </w:p>
    <w:p w:rsidR="00257A81" w:rsidRPr="00434C39" w:rsidRDefault="002A5C84">
      <w:pPr>
        <w:autoSpaceDE w:val="0"/>
        <w:autoSpaceDN w:val="0"/>
        <w:spacing w:after="0" w:line="353" w:lineRule="auto"/>
        <w:rPr>
          <w:lang w:val="ru-RU"/>
        </w:rPr>
      </w:pPr>
      <w:proofErr w:type="gram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описывать закономерности изменения в пространстве рельефа, климата, внутренних вод и органического мира;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называть особенности географических процессов на границах литосферных плит с учётом характера взаимодействия и типа земной коры;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(используя географические карты) взаимосвязи между движением 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литосферных плит и размещением крупных форм р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ельефа;</w:t>
      </w:r>
      <w:proofErr w:type="gramEnd"/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классифицировать воздушные массы Земли, типы климата по заданным показателям;—  объяснять образование тропических муссонов, пассатов тропических широт, западных ветров;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применять понятия «воздушные массы», «муссоны», «пассаты», «западные ветр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ы»,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«климатообразующий фактор» для решения учебных и (или) практико-ориентированных задач;—  описывать климат территории по </w:t>
      </w:r>
      <w:proofErr w:type="spell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климатограмме</w:t>
      </w:r>
      <w:proofErr w:type="spell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объяснять влияние климатообразующих факторов на климатические особенности территории;</w:t>
      </w:r>
      <w:proofErr w:type="gram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оценочные су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различать океанические течения;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температуру и солёность поверхностных вод Мирового океана 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на разных широтах с использованием различных источников географической информации;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источник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ов географической информации;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задач;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различать и сравниват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ь численность населения крупных стран мира;</w:t>
      </w:r>
      <w:proofErr w:type="gramEnd"/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сравнивать плотность населения различных территорий;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применять понятие «плотность населения» для решения учебных и (или) практик</w:t>
      </w:r>
      <w:proofErr w:type="gram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ориентированных задач;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различать городские и сельские поселения;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приводить примеры крупнейших городов мира;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мировых и национальных религий;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проводить языковую классификацию народов;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различать основные виды хозяйственной деятельности людей на различных территориях;—  определять страны по их сущ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ественным признакам;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сравнивать особенности природы и населения, материальной и духовной культуры,</w:t>
      </w:r>
    </w:p>
    <w:p w:rsidR="00257A81" w:rsidRPr="00434C39" w:rsidRDefault="00257A81">
      <w:pPr>
        <w:rPr>
          <w:lang w:val="ru-RU"/>
        </w:rPr>
        <w:sectPr w:rsidR="00257A81" w:rsidRPr="00434C39">
          <w:pgSz w:w="11900" w:h="16840"/>
          <w:pgMar w:top="298" w:right="724" w:bottom="392" w:left="1086" w:header="720" w:footer="720" w:gutter="0"/>
          <w:cols w:space="720" w:equalWidth="0">
            <w:col w:w="10089" w:space="0"/>
          </w:cols>
          <w:docGrid w:linePitch="360"/>
        </w:sectPr>
      </w:pPr>
    </w:p>
    <w:p w:rsidR="00257A81" w:rsidRPr="00434C39" w:rsidRDefault="00257A81">
      <w:pPr>
        <w:autoSpaceDE w:val="0"/>
        <w:autoSpaceDN w:val="0"/>
        <w:spacing w:after="66" w:line="220" w:lineRule="exact"/>
        <w:rPr>
          <w:lang w:val="ru-RU"/>
        </w:rPr>
      </w:pPr>
    </w:p>
    <w:p w:rsidR="00257A81" w:rsidRPr="00434C39" w:rsidRDefault="002A5C84">
      <w:pPr>
        <w:autoSpaceDE w:val="0"/>
        <w:autoSpaceDN w:val="0"/>
        <w:spacing w:after="0" w:line="230" w:lineRule="auto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особенности адаптации человека к разным природным условиям регионов и отдел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ьных стран;</w:t>
      </w:r>
    </w:p>
    <w:p w:rsidR="00257A81" w:rsidRPr="00434C39" w:rsidRDefault="002A5C84">
      <w:pPr>
        <w:autoSpaceDE w:val="0"/>
        <w:autoSpaceDN w:val="0"/>
        <w:spacing w:before="190" w:after="0" w:line="230" w:lineRule="auto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объяснять особенности природы, населения и хозяйства отдельных территорий;</w:t>
      </w:r>
    </w:p>
    <w:p w:rsidR="00257A81" w:rsidRPr="00434C39" w:rsidRDefault="002A5C84">
      <w:pPr>
        <w:autoSpaceDE w:val="0"/>
        <w:autoSpaceDN w:val="0"/>
        <w:spacing w:before="190" w:after="0" w:line="262" w:lineRule="auto"/>
        <w:ind w:right="576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знания о населении материков и стран для решения различных учебных и практико-ориентированных задач;</w:t>
      </w:r>
    </w:p>
    <w:p w:rsidR="00257A81" w:rsidRPr="00434C39" w:rsidRDefault="002A5C84">
      <w:pPr>
        <w:autoSpaceDE w:val="0"/>
        <w:autoSpaceDN w:val="0"/>
        <w:spacing w:before="190" w:after="0" w:line="271" w:lineRule="auto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выбирать источники географической информации (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:rsidR="00257A81" w:rsidRPr="00434C39" w:rsidRDefault="002A5C84">
      <w:pPr>
        <w:autoSpaceDE w:val="0"/>
        <w:autoSpaceDN w:val="0"/>
        <w:spacing w:before="190" w:after="0" w:line="271" w:lineRule="auto"/>
        <w:ind w:right="576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представлять в различных формах (в виде карты, таблицы, графика,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 географического описания) географическую информацию, необходимую для решения учебных и практико-ориентированных задач;</w:t>
      </w:r>
    </w:p>
    <w:p w:rsidR="00257A81" w:rsidRPr="00434C39" w:rsidRDefault="002A5C84">
      <w:pPr>
        <w:autoSpaceDE w:val="0"/>
        <w:autoSpaceDN w:val="0"/>
        <w:spacing w:before="192" w:after="0" w:line="271" w:lineRule="auto"/>
        <w:ind w:right="144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интегрировать и интерпретировать информацию об особенностях природы, населения и его хозяйственной деятельности на отдельных территор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иях, представленную в одном или нескольких источниках, для решения различных учебных и практико-ориентированных задач;</w:t>
      </w:r>
    </w:p>
    <w:p w:rsidR="00257A81" w:rsidRPr="00434C39" w:rsidRDefault="002A5C84">
      <w:pPr>
        <w:autoSpaceDE w:val="0"/>
        <w:autoSpaceDN w:val="0"/>
        <w:spacing w:before="190" w:after="0" w:line="230" w:lineRule="auto"/>
        <w:jc w:val="center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взаимодействия природы и общества в пределах отдельных территорий;</w:t>
      </w:r>
    </w:p>
    <w:p w:rsidR="00257A81" w:rsidRPr="00434C39" w:rsidRDefault="002A5C84">
      <w:pPr>
        <w:autoSpaceDE w:val="0"/>
        <w:autoSpaceDN w:val="0"/>
        <w:spacing w:before="190" w:after="0"/>
        <w:ind w:right="576"/>
        <w:rPr>
          <w:lang w:val="ru-RU"/>
        </w:rPr>
      </w:pP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проявления глобальных проблем чел</w:t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овечества (</w:t>
      </w:r>
      <w:proofErr w:type="gramStart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экологическая</w:t>
      </w:r>
      <w:proofErr w:type="gram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:rsidR="00257A81" w:rsidRPr="00434C39" w:rsidRDefault="00257A81">
      <w:pPr>
        <w:rPr>
          <w:lang w:val="ru-RU"/>
        </w:rPr>
        <w:sectPr w:rsidR="00257A81" w:rsidRPr="00434C39">
          <w:pgSz w:w="11900" w:h="16840"/>
          <w:pgMar w:top="286" w:right="860" w:bottom="1440" w:left="1086" w:header="720" w:footer="720" w:gutter="0"/>
          <w:cols w:space="720" w:equalWidth="0">
            <w:col w:w="9954" w:space="0"/>
          </w:cols>
          <w:docGrid w:linePitch="360"/>
        </w:sectPr>
      </w:pPr>
    </w:p>
    <w:p w:rsidR="00257A81" w:rsidRPr="00434C39" w:rsidRDefault="00257A81">
      <w:pPr>
        <w:autoSpaceDE w:val="0"/>
        <w:autoSpaceDN w:val="0"/>
        <w:spacing w:after="64" w:line="220" w:lineRule="exact"/>
        <w:rPr>
          <w:lang w:val="ru-RU"/>
        </w:rPr>
      </w:pPr>
    </w:p>
    <w:p w:rsidR="00257A81" w:rsidRDefault="002A5C84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442"/>
        <w:gridCol w:w="528"/>
        <w:gridCol w:w="1104"/>
        <w:gridCol w:w="1140"/>
        <w:gridCol w:w="866"/>
        <w:gridCol w:w="7528"/>
        <w:gridCol w:w="1116"/>
        <w:gridCol w:w="1382"/>
      </w:tblGrid>
      <w:tr w:rsidR="00257A81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Pr="00434C39" w:rsidRDefault="002A5C84">
            <w:pPr>
              <w:autoSpaceDE w:val="0"/>
              <w:autoSpaceDN w:val="0"/>
              <w:spacing w:before="78" w:after="0" w:line="247" w:lineRule="auto"/>
              <w:ind w:left="72" w:right="312"/>
              <w:jc w:val="both"/>
              <w:rPr>
                <w:lang w:val="ru-RU"/>
              </w:rPr>
            </w:pPr>
            <w:r w:rsidRPr="00434C3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7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257A81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A81" w:rsidRDefault="00257A8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A81" w:rsidRDefault="00257A81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A81" w:rsidRDefault="00257A8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A81" w:rsidRDefault="00257A8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A81" w:rsidRDefault="00257A8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A81" w:rsidRDefault="00257A81"/>
        </w:tc>
      </w:tr>
      <w:tr w:rsidR="00257A81" w:rsidRPr="00434C3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Pr="00434C39" w:rsidRDefault="002A5C8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434C3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1. Главные закономерности природы Земли</w:t>
            </w:r>
          </w:p>
        </w:tc>
      </w:tr>
      <w:tr w:rsidR="00257A81">
        <w:trPr>
          <w:trHeight w:hRule="exact" w:val="926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4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Географическая оболочка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04.09.2022</w:t>
            </w:r>
          </w:p>
        </w:tc>
        <w:tc>
          <w:tcPr>
            <w:tcW w:w="7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Pr="00434C39" w:rsidRDefault="002A5C84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называть границы, строение и свойства (целостность, зональность, ритмичность) географической оболочки; различать изученные процессы и явления, происходящие в географической оболочке;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</w:t>
            </w:r>
          </w:p>
        </w:tc>
      </w:tr>
      <w:tr w:rsidR="00257A81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45" w:lineRule="auto"/>
              <w:ind w:right="43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Литосфера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рельеф Земли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05.09.2022 12.09.2022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Pr="00434C39" w:rsidRDefault="002A5C84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Описывать по физической карте мира, физической карте России, карте океанов, глобусу местоположение крупных форм рельефа для решения учебных и (или) практико-ориентированных задач;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</w:t>
            </w:r>
          </w:p>
        </w:tc>
      </w:tr>
      <w:tr w:rsidR="00257A81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Атмосфера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климаты Земли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13.09.2022 19.09.2022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Pr="00434C39" w:rsidRDefault="002A5C84">
            <w:pPr>
              <w:autoSpaceDE w:val="0"/>
              <w:autoSpaceDN w:val="0"/>
              <w:spacing w:before="76" w:after="0" w:line="252" w:lineRule="auto"/>
              <w:ind w:left="72" w:right="432"/>
              <w:rPr>
                <w:lang w:val="ru-RU"/>
              </w:rPr>
            </w:pP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 закономерности изменений в пространстве поясов атмосферного давления и климатических поясов; </w:t>
            </w:r>
            <w:r w:rsidRPr="00434C39">
              <w:rPr>
                <w:lang w:val="ru-RU"/>
              </w:rPr>
              <w:br/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климатические характеристики территории по климатической карте; </w:t>
            </w:r>
            <w:r w:rsidRPr="00434C39">
              <w:rPr>
                <w:lang w:val="ru-RU"/>
              </w:rPr>
              <w:br/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классифицировать типы климата по заданным показателям; классифицировать воздушные массы Земли; объяснять образование тропических муссонов, пассатов тропических широт, западных ветр</w:t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ов;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</w:t>
            </w:r>
          </w:p>
        </w:tc>
      </w:tr>
      <w:tr w:rsidR="00257A81">
        <w:trPr>
          <w:trHeight w:hRule="exact" w:val="188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Pr="00434C39" w:rsidRDefault="002A5C84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Мировой океан </w:t>
            </w:r>
            <w:proofErr w:type="gramStart"/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—о</w:t>
            </w:r>
            <w:proofErr w:type="gramEnd"/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сновная часть </w:t>
            </w:r>
            <w:r w:rsidRPr="00434C39">
              <w:rPr>
                <w:lang w:val="ru-RU"/>
              </w:rPr>
              <w:br/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гидросферы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20.09.2022 30.09.2022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Pr="00434C39" w:rsidRDefault="002A5C84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 по физической карте мира, карте океанов, глобусу географическое положение океанов Земли для </w:t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решения учебных и (или) практико-ориентированных задач; </w:t>
            </w:r>
            <w:r w:rsidRPr="00434C39">
              <w:rPr>
                <w:lang w:val="ru-RU"/>
              </w:rPr>
              <w:br/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температуру и солёность поверхностных вод Мирового океана на разных широтах с </w:t>
            </w:r>
            <w:r w:rsidRPr="00434C39">
              <w:rPr>
                <w:lang w:val="ru-RU"/>
              </w:rPr>
              <w:br/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 различных источников географической информации (при выполнении практической работы№ 1); </w:t>
            </w:r>
            <w:r w:rsidRPr="00434C39">
              <w:rPr>
                <w:lang w:val="ru-RU"/>
              </w:rPr>
              <w:br/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</w:t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чать океанические течения; </w:t>
            </w:r>
            <w:r w:rsidRPr="00434C39">
              <w:rPr>
                <w:lang w:val="ru-RU"/>
              </w:rPr>
              <w:br/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выявлять закономерности изменения солёности, распространения тёплых и холодных течений у западных и восточных побережий материков по физической карте мира (при выполнении практической работы № 1); сравнивать океаны (при выполнен</w:t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ии практической работы № 2);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47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</w:t>
            </w:r>
          </w:p>
        </w:tc>
      </w:tr>
      <w:tr w:rsidR="00257A81">
        <w:trPr>
          <w:trHeight w:hRule="exact" w:val="348"/>
        </w:trPr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</w:t>
            </w:r>
          </w:p>
        </w:tc>
        <w:tc>
          <w:tcPr>
            <w:tcW w:w="131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2. Человечество на Земле</w:t>
            </w:r>
          </w:p>
        </w:tc>
      </w:tr>
      <w:tr w:rsidR="00257A81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Численность населения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01.10.2022 09.10.2022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Pr="00434C39" w:rsidRDefault="002A5C84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и сравнивать численность населения крупных стран мира; </w:t>
            </w:r>
            <w:r w:rsidRPr="00434C39">
              <w:rPr>
                <w:lang w:val="ru-RU"/>
              </w:rPr>
              <w:br/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плотность населения различных территорий; применять понятие «плотность населения» для решения учебных и практических задач; </w:t>
            </w:r>
            <w:r w:rsidRPr="00434C39">
              <w:rPr>
                <w:lang w:val="ru-RU"/>
              </w:rPr>
              <w:br/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характеризовать этапы освоения и заселения отдельных т</w:t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ерриторий Земли человеком;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</w:t>
            </w:r>
          </w:p>
        </w:tc>
      </w:tr>
      <w:tr w:rsidR="00257A81">
        <w:trPr>
          <w:trHeight w:hRule="exact" w:val="13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Страны и народы мира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10.10.2022 23.10.2022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Pr="00434C39" w:rsidRDefault="002A5C84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языковую классификацию народов мира, применять понятия «народ», «этнос», «языковая </w:t>
            </w:r>
            <w:proofErr w:type="spellStart"/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семья»</w:t>
            </w:r>
            <w:proofErr w:type="gramStart"/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</w:t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</w:t>
            </w:r>
            <w:proofErr w:type="gramEnd"/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раса</w:t>
            </w:r>
            <w:proofErr w:type="spellEnd"/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», «религия», «мировые религии» для решения учебных и практических задач; </w:t>
            </w:r>
            <w:r w:rsidRPr="00434C39">
              <w:rPr>
                <w:lang w:val="ru-RU"/>
              </w:rPr>
              <w:br/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мировых и национальных религий; различать основные виды хозяйственной </w:t>
            </w:r>
            <w:r w:rsidRPr="00434C39">
              <w:rPr>
                <w:lang w:val="ru-RU"/>
              </w:rPr>
              <w:br/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деятельности людей на различных территориях; </w:t>
            </w:r>
            <w:r w:rsidRPr="00434C39">
              <w:rPr>
                <w:lang w:val="ru-RU"/>
              </w:rPr>
              <w:br/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понятия «хозяйственная деятельн</w:t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ость», «хозяйство», «экономика» для решения учебных и практических задач;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47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Зачет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</w:t>
            </w:r>
          </w:p>
        </w:tc>
      </w:tr>
      <w:tr w:rsidR="00257A81">
        <w:trPr>
          <w:trHeight w:hRule="exact" w:val="348"/>
        </w:trPr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31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3. Материки и страны</w:t>
            </w:r>
          </w:p>
        </w:tc>
      </w:tr>
    </w:tbl>
    <w:p w:rsidR="00257A81" w:rsidRDefault="00257A81">
      <w:pPr>
        <w:autoSpaceDE w:val="0"/>
        <w:autoSpaceDN w:val="0"/>
        <w:spacing w:after="0" w:line="14" w:lineRule="exact"/>
      </w:pPr>
    </w:p>
    <w:p w:rsidR="00257A81" w:rsidRDefault="00257A81">
      <w:pPr>
        <w:sectPr w:rsidR="00257A81">
          <w:pgSz w:w="16840" w:h="11900"/>
          <w:pgMar w:top="282" w:right="640" w:bottom="64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57A81" w:rsidRDefault="00257A8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442"/>
        <w:gridCol w:w="528"/>
        <w:gridCol w:w="1104"/>
        <w:gridCol w:w="1140"/>
        <w:gridCol w:w="866"/>
        <w:gridCol w:w="7528"/>
        <w:gridCol w:w="1116"/>
        <w:gridCol w:w="1382"/>
      </w:tblGrid>
      <w:tr w:rsidR="00257A81">
        <w:trPr>
          <w:trHeight w:hRule="exact" w:val="15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Южные материки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24.10.2022 01.12.2022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Pr="00434C39" w:rsidRDefault="002A5C84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proofErr w:type="gramStart"/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 по географическим картам и глобусу местоположение изученных географических объектов для </w:t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решения учебных и (или) практико-ориентированных задач; </w:t>
            </w:r>
            <w:r w:rsidRPr="00434C39">
              <w:rPr>
                <w:lang w:val="ru-RU"/>
              </w:rPr>
              <w:br/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называть имена первооткрывателей и исследователей материков, показывать маршруты их путешествий; выявлять влияние климатообразующих факторов на климат южных материков, в том числе и влияние географич</w:t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еского положения и океанических течений; </w:t>
            </w:r>
            <w:r w:rsidRPr="00434C39">
              <w:rPr>
                <w:lang w:val="ru-RU"/>
              </w:rPr>
              <w:br/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особенности климата экваториального климатического пояса (при выполнении практической работы № 2);</w:t>
            </w:r>
            <w:proofErr w:type="gramEnd"/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47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</w:t>
            </w:r>
          </w:p>
        </w:tc>
      </w:tr>
      <w:tr w:rsidR="00257A81">
        <w:trPr>
          <w:trHeight w:hRule="exact" w:val="265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45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Северные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материки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02.12.2022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31.03.2023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Pr="00434C39" w:rsidRDefault="002A5C84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 по карте положение и взаиморасположение Северной Америки и Евразии: показывать на карте и обозначать на контурной карте крайние точки материков и элементы их береговой линии; </w:t>
            </w:r>
            <w:r w:rsidRPr="00434C39">
              <w:rPr>
                <w:lang w:val="ru-RU"/>
              </w:rPr>
              <w:br/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имена первооткрывателей и исследователей Северной Америки и Евразии, показывать маршруты их путешествий; </w:t>
            </w:r>
            <w:r w:rsidRPr="00434C39">
              <w:rPr>
                <w:lang w:val="ru-RU"/>
              </w:rPr>
              <w:br/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сравнивать особенности рельефа, климата, внутренних вод, природных зон Северной Америки и Евразии (в том числе при выполнении практических ра</w:t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бот № 1, 3); </w:t>
            </w:r>
            <w:r w:rsidRPr="00434C39">
              <w:rPr>
                <w:lang w:val="ru-RU"/>
              </w:rPr>
              <w:br/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классифицировать климаты Северной Америки и Евразии на основе анализа климатических диаграмм (</w:t>
            </w:r>
            <w:proofErr w:type="spellStart"/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климатограмм</w:t>
            </w:r>
            <w:proofErr w:type="spellEnd"/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); </w:t>
            </w:r>
            <w:r w:rsidRPr="00434C39">
              <w:rPr>
                <w:lang w:val="ru-RU"/>
              </w:rPr>
              <w:br/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климатические различия территорий умеренного климатического пояса, находящихся на одной широте (при выполнении практическо</w:t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й работы № 2); </w:t>
            </w:r>
            <w:r w:rsidRPr="00434C39">
              <w:rPr>
                <w:lang w:val="ru-RU"/>
              </w:rPr>
              <w:br/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выявлять особенности климата, рельефа и внутренних вод северных материков и объяснять взаимосвязи между ними; составлять комплексное географическое описание страны по плану с использованием </w:t>
            </w:r>
            <w:r w:rsidRPr="00434C39">
              <w:rPr>
                <w:lang w:val="ru-RU"/>
              </w:rPr>
              <w:br/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различных источников информации (при выполнении п</w:t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рактической работы № 4);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47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</w:t>
            </w:r>
          </w:p>
        </w:tc>
      </w:tr>
      <w:tr w:rsidR="00257A81">
        <w:trPr>
          <w:trHeight w:hRule="exact" w:val="132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Взаимодействие природы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общества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01.04.2023 31.05.2023</w:t>
            </w:r>
          </w:p>
        </w:tc>
        <w:tc>
          <w:tcPr>
            <w:tcW w:w="7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Pr="00434C39" w:rsidRDefault="002A5C84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влияния закономерностей географической оболочки на жизнь и деятельность людей; </w:t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развития природоохранной деятельности на современном этапе; </w:t>
            </w:r>
            <w:r w:rsidRPr="00434C39">
              <w:rPr>
                <w:lang w:val="ru-RU"/>
              </w:rPr>
              <w:br/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приводить примеры взаимодействия природы и общества, объектов природного и культурного Всемирного наследия ЮНЕСКО в пределах отдельных территорий;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Pr="00434C39" w:rsidRDefault="002A5C84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434C39">
              <w:rPr>
                <w:lang w:val="ru-RU"/>
              </w:rPr>
              <w:br/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434C39">
              <w:rPr>
                <w:lang w:val="ru-RU"/>
              </w:rPr>
              <w:br/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434C39">
              <w:rPr>
                <w:lang w:val="ru-RU"/>
              </w:rPr>
              <w:br/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Контрольная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</w:t>
            </w:r>
          </w:p>
        </w:tc>
      </w:tr>
      <w:tr w:rsidR="00257A81">
        <w:trPr>
          <w:trHeight w:hRule="exact" w:val="348"/>
        </w:trPr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31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348"/>
        </w:trPr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31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712"/>
        </w:trPr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Pr="00434C39" w:rsidRDefault="002A5C84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КОЛИЧЕСТВО ЧАСОВ ПО </w:t>
            </w:r>
            <w:r w:rsidRPr="00434C39">
              <w:rPr>
                <w:lang w:val="ru-RU"/>
              </w:rPr>
              <w:br/>
            </w:r>
            <w:r w:rsidRPr="00434C3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</w:t>
            </w:r>
          </w:p>
        </w:tc>
        <w:tc>
          <w:tcPr>
            <w:tcW w:w="10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</w:tbl>
    <w:p w:rsidR="00257A81" w:rsidRDefault="00257A81">
      <w:pPr>
        <w:autoSpaceDE w:val="0"/>
        <w:autoSpaceDN w:val="0"/>
        <w:spacing w:after="0" w:line="14" w:lineRule="exact"/>
      </w:pPr>
    </w:p>
    <w:p w:rsidR="00257A81" w:rsidRDefault="00257A81">
      <w:pPr>
        <w:sectPr w:rsidR="00257A81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57A81" w:rsidRDefault="00257A81">
      <w:pPr>
        <w:autoSpaceDE w:val="0"/>
        <w:autoSpaceDN w:val="0"/>
        <w:spacing w:after="78" w:line="220" w:lineRule="exact"/>
      </w:pPr>
    </w:p>
    <w:p w:rsidR="00257A81" w:rsidRDefault="002A5C84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960"/>
        <w:gridCol w:w="2726"/>
        <w:gridCol w:w="732"/>
        <w:gridCol w:w="1620"/>
        <w:gridCol w:w="1668"/>
        <w:gridCol w:w="1164"/>
        <w:gridCol w:w="1682"/>
      </w:tblGrid>
      <w:tr w:rsidR="00257A81">
        <w:trPr>
          <w:trHeight w:hRule="exact" w:val="49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257A81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A81" w:rsidRDefault="00257A81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A81" w:rsidRDefault="00257A81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4"/>
        </w:trPr>
        <w:tc>
          <w:tcPr>
            <w:tcW w:w="9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7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</w:tbl>
    <w:p w:rsidR="00257A81" w:rsidRDefault="00257A81">
      <w:pPr>
        <w:autoSpaceDE w:val="0"/>
        <w:autoSpaceDN w:val="0"/>
        <w:spacing w:after="0" w:line="14" w:lineRule="exact"/>
      </w:pPr>
    </w:p>
    <w:p w:rsidR="00257A81" w:rsidRDefault="00257A81">
      <w:pPr>
        <w:sectPr w:rsidR="00257A81">
          <w:pgSz w:w="11900" w:h="16840"/>
          <w:pgMar w:top="298" w:right="650" w:bottom="5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57A81" w:rsidRDefault="00257A8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960"/>
        <w:gridCol w:w="2726"/>
        <w:gridCol w:w="732"/>
        <w:gridCol w:w="1620"/>
        <w:gridCol w:w="1668"/>
        <w:gridCol w:w="1164"/>
        <w:gridCol w:w="1682"/>
      </w:tblGrid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7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</w:tbl>
    <w:p w:rsidR="00257A81" w:rsidRDefault="00257A81">
      <w:pPr>
        <w:autoSpaceDE w:val="0"/>
        <w:autoSpaceDN w:val="0"/>
        <w:spacing w:after="0" w:line="14" w:lineRule="exact"/>
      </w:pPr>
    </w:p>
    <w:p w:rsidR="00257A81" w:rsidRDefault="00257A81">
      <w:pPr>
        <w:sectPr w:rsidR="00257A81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57A81" w:rsidRDefault="00257A8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960"/>
        <w:gridCol w:w="2726"/>
        <w:gridCol w:w="732"/>
        <w:gridCol w:w="1620"/>
        <w:gridCol w:w="1668"/>
        <w:gridCol w:w="1164"/>
        <w:gridCol w:w="1682"/>
      </w:tblGrid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  <w:tr w:rsidR="00257A81">
        <w:trPr>
          <w:trHeight w:hRule="exact" w:val="808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Pr="00434C39" w:rsidRDefault="002A5C8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434C3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434C3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A5C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  <w:tc>
          <w:tcPr>
            <w:tcW w:w="2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7A81" w:rsidRDefault="00257A81"/>
        </w:tc>
      </w:tr>
    </w:tbl>
    <w:p w:rsidR="00257A81" w:rsidRDefault="00257A81">
      <w:pPr>
        <w:autoSpaceDE w:val="0"/>
        <w:autoSpaceDN w:val="0"/>
        <w:spacing w:after="0" w:line="14" w:lineRule="exact"/>
      </w:pPr>
    </w:p>
    <w:p w:rsidR="00257A81" w:rsidRDefault="00257A81">
      <w:pPr>
        <w:sectPr w:rsidR="00257A81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57A81" w:rsidRDefault="00257A81">
      <w:pPr>
        <w:autoSpaceDE w:val="0"/>
        <w:autoSpaceDN w:val="0"/>
        <w:spacing w:after="78" w:line="220" w:lineRule="exact"/>
      </w:pPr>
    </w:p>
    <w:p w:rsidR="00257A81" w:rsidRDefault="002A5C84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257A81" w:rsidRPr="00434C39" w:rsidRDefault="002A5C84">
      <w:pPr>
        <w:autoSpaceDE w:val="0"/>
        <w:autoSpaceDN w:val="0"/>
        <w:spacing w:before="346" w:after="0" w:line="382" w:lineRule="auto"/>
        <w:ind w:right="1440"/>
        <w:rPr>
          <w:lang w:val="ru-RU"/>
        </w:rPr>
      </w:pP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  <w:proofErr w:type="gramStart"/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proofErr w:type="gramEnd"/>
      <w:r w:rsidRPr="00434C39">
        <w:rPr>
          <w:rFonts w:ascii="Times New Roman" w:eastAsia="Times New Roman" w:hAnsi="Times New Roman"/>
          <w:color w:val="000000"/>
          <w:sz w:val="24"/>
          <w:lang w:val="ru-RU"/>
        </w:rPr>
        <w:t xml:space="preserve">ведите свой вариант: 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434C39">
        <w:rPr>
          <w:lang w:val="ru-RU"/>
        </w:rPr>
        <w:br/>
      </w: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257A81" w:rsidRPr="00434C39" w:rsidRDefault="00257A81">
      <w:pPr>
        <w:rPr>
          <w:lang w:val="ru-RU"/>
        </w:rPr>
        <w:sectPr w:rsidR="00257A81" w:rsidRPr="00434C39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57A81" w:rsidRPr="00434C39" w:rsidRDefault="00257A81">
      <w:pPr>
        <w:autoSpaceDE w:val="0"/>
        <w:autoSpaceDN w:val="0"/>
        <w:spacing w:after="78" w:line="220" w:lineRule="exact"/>
        <w:rPr>
          <w:lang w:val="ru-RU"/>
        </w:rPr>
      </w:pPr>
    </w:p>
    <w:p w:rsidR="00257A81" w:rsidRPr="00434C39" w:rsidRDefault="002A5C84">
      <w:pPr>
        <w:autoSpaceDE w:val="0"/>
        <w:autoSpaceDN w:val="0"/>
        <w:spacing w:after="0" w:line="379" w:lineRule="auto"/>
        <w:ind w:right="432"/>
        <w:rPr>
          <w:lang w:val="ru-RU"/>
        </w:rPr>
      </w:pP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</w:t>
      </w:r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ОГО ПРОЦЕССА УЧЕБНОЕ ОБОРУДОВАНИЕ </w:t>
      </w:r>
      <w:r w:rsidRPr="00434C39">
        <w:rPr>
          <w:lang w:val="ru-RU"/>
        </w:rPr>
        <w:br/>
      </w:r>
      <w:proofErr w:type="spellStart"/>
      <w:proofErr w:type="gramStart"/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spellEnd"/>
      <w:proofErr w:type="gramEnd"/>
      <w:r w:rsidRPr="00434C3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ДЛЯ ПРОВЕДЕНИЯ ЛАБОРАТОРНЫХ, ПРАКТИЧЕСКИХ РАБОТ, ДЕМОНСТРАЦИЙ</w:t>
      </w:r>
    </w:p>
    <w:p w:rsidR="00257A81" w:rsidRPr="00434C39" w:rsidRDefault="00257A81">
      <w:pPr>
        <w:rPr>
          <w:lang w:val="ru-RU"/>
        </w:rPr>
        <w:sectPr w:rsidR="00257A81" w:rsidRPr="00434C39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A5C84" w:rsidRPr="00434C39" w:rsidRDefault="002A5C84">
      <w:pPr>
        <w:rPr>
          <w:lang w:val="ru-RU"/>
        </w:rPr>
      </w:pPr>
    </w:p>
    <w:sectPr w:rsidR="002A5C84" w:rsidRPr="00434C39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57A81"/>
    <w:rsid w:val="0029639D"/>
    <w:rsid w:val="002A5C84"/>
    <w:rsid w:val="00326F90"/>
    <w:rsid w:val="00434C3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6125AA-5A56-4C6E-9867-226C309F8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5136</Words>
  <Characters>29281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34349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uch28</cp:lastModifiedBy>
  <cp:revision>3</cp:revision>
  <dcterms:created xsi:type="dcterms:W3CDTF">2013-12-23T23:15:00Z</dcterms:created>
  <dcterms:modified xsi:type="dcterms:W3CDTF">2022-08-21T18:15:00Z</dcterms:modified>
  <cp:category/>
</cp:coreProperties>
</file>